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615D5" w14:textId="77777777" w:rsidR="002E5B17" w:rsidRDefault="00000000">
      <w:pPr>
        <w:jc w:val="center"/>
      </w:pPr>
      <w:r>
        <w:rPr>
          <w:b/>
          <w:sz w:val="44"/>
        </w:rPr>
        <w:t>🚀 Year 5 Space Mythbusters</w:t>
      </w:r>
    </w:p>
    <w:p w14:paraId="3D2065B2" w14:textId="77777777" w:rsidR="002E5B17" w:rsidRDefault="00000000">
      <w:pPr>
        <w:jc w:val="center"/>
      </w:pPr>
      <w:r>
        <w:rPr>
          <w:i/>
          <w:sz w:val="22"/>
        </w:rPr>
        <w:t>Use search engines to investigate claims about the Sun, space and the planets.</w:t>
      </w:r>
    </w:p>
    <w:p w14:paraId="1EEA24EC" w14:textId="77777777" w:rsidR="002E5B17" w:rsidRDefault="00000000">
      <w:r>
        <w:rPr>
          <w:b/>
        </w:rPr>
        <w:t xml:space="preserve">Your mission: </w:t>
      </w:r>
      <w:r>
        <w:t>Some things about space are so commonly believed that people assume they must be true. Your job is to investigate each claim and use evidence from reliable websites to prove whether it is TRUE or A MYTH.</w:t>
      </w:r>
    </w:p>
    <w:p w14:paraId="1797419C" w14:textId="41B80EB1" w:rsidR="002E5B17" w:rsidRDefault="00000000">
      <w:r>
        <w:rPr>
          <w:b/>
        </w:rPr>
        <w:t xml:space="preserve">Search smart: </w:t>
      </w:r>
      <w:r>
        <w:t xml:space="preserve">Don't simply copy the whole statement into </w:t>
      </w:r>
      <w:r w:rsidR="00B21B67">
        <w:t>a search engine</w:t>
      </w:r>
      <w:r>
        <w:t>. Use key words. Look for reliable sources such as NASA, science museums, universities and trusted educational websites.</w:t>
      </w:r>
    </w:p>
    <w:p w14:paraId="20BCC947" w14:textId="6A71634B" w:rsidR="002E5B17" w:rsidRDefault="00000000">
      <w:r>
        <w:rPr>
          <w:b/>
        </w:rPr>
        <w:t xml:space="preserve">Remember: </w:t>
      </w:r>
      <w:r>
        <w:t xml:space="preserve">A search result is not automatically reliable just because it appears near the top of </w:t>
      </w:r>
      <w:r w:rsidR="00B21B67">
        <w:t>the results</w:t>
      </w:r>
      <w:r>
        <w:t>.</w:t>
      </w:r>
    </w:p>
    <w:tbl>
      <w:tblPr>
        <w:tblW w:w="0" w:type="auto"/>
        <w:jc w:val="center"/>
        <w:tblLook w:val="04A0" w:firstRow="1" w:lastRow="0" w:firstColumn="1" w:lastColumn="0" w:noHBand="0" w:noVBand="1"/>
      </w:tblPr>
      <w:tblGrid>
        <w:gridCol w:w="10368"/>
      </w:tblGrid>
      <w:tr w:rsidR="002E5B17" w14:paraId="76AFE280" w14:textId="77777777">
        <w:trPr>
          <w:jc w:val="center"/>
        </w:trPr>
        <w:tc>
          <w:tcPr>
            <w:tcW w:w="10368" w:type="dxa"/>
            <w:shd w:val="clear" w:color="auto" w:fill="EAF4F8"/>
          </w:tcPr>
          <w:p w14:paraId="73A07600" w14:textId="075F1034" w:rsidR="00B21B67" w:rsidRDefault="00000000">
            <w:r>
              <w:rPr>
                <w:b/>
                <w:sz w:val="26"/>
              </w:rPr>
              <w:t>MYTH 1</w:t>
            </w:r>
            <w:r>
              <w:rPr>
                <w:b/>
              </w:rPr>
              <w:br/>
              <w:t>“The Sun is a giant ball of fire.”</w:t>
            </w:r>
            <w:r>
              <w:br/>
            </w:r>
            <w:r>
              <w:br/>
              <w:t>I think this is</w:t>
            </w:r>
            <w:r w:rsidR="00B21B67">
              <w:t xml:space="preserve"> (delete the one you don’t need)</w:t>
            </w:r>
            <w:r>
              <w:t>:  ☐ TRUE     ☐ A MYTH</w:t>
            </w:r>
            <w:r>
              <w:br/>
            </w:r>
            <w:r>
              <w:br/>
              <w:t>🔎 Suggested search: What is the Sun made of? NASA</w:t>
            </w:r>
            <w:r>
              <w:br/>
            </w:r>
            <w:r>
              <w:br/>
              <w:t>Evidence I found:</w:t>
            </w:r>
            <w:r>
              <w:br/>
            </w:r>
          </w:p>
          <w:p w14:paraId="2B237940" w14:textId="77777777" w:rsidR="00B21B67" w:rsidRDefault="00B21B67"/>
          <w:p w14:paraId="058266D6" w14:textId="5B6A0ABE" w:rsidR="002E5B17" w:rsidRDefault="00000000">
            <w:r>
              <w:br/>
            </w:r>
            <w:r>
              <w:br/>
              <w:t>My verdict</w:t>
            </w:r>
            <w:r w:rsidR="00B21B67">
              <w:t xml:space="preserve"> </w:t>
            </w:r>
            <w:r w:rsidR="00B21B67">
              <w:t>(delete the one you don’t need)</w:t>
            </w:r>
            <w:r>
              <w:t>:  ☐ TRUE     ☐ A MYTH</w:t>
            </w:r>
          </w:p>
        </w:tc>
      </w:tr>
    </w:tbl>
    <w:p w14:paraId="549142A2" w14:textId="77777777" w:rsidR="002E5B17" w:rsidRDefault="002E5B17"/>
    <w:tbl>
      <w:tblPr>
        <w:tblW w:w="0" w:type="auto"/>
        <w:jc w:val="center"/>
        <w:tblLook w:val="04A0" w:firstRow="1" w:lastRow="0" w:firstColumn="1" w:lastColumn="0" w:noHBand="0" w:noVBand="1"/>
      </w:tblPr>
      <w:tblGrid>
        <w:gridCol w:w="10368"/>
      </w:tblGrid>
      <w:tr w:rsidR="002E5B17" w14:paraId="5C9DC4CC" w14:textId="77777777">
        <w:trPr>
          <w:jc w:val="center"/>
        </w:trPr>
        <w:tc>
          <w:tcPr>
            <w:tcW w:w="10368" w:type="dxa"/>
            <w:shd w:val="clear" w:color="auto" w:fill="EAF4F8"/>
          </w:tcPr>
          <w:p w14:paraId="048ABDB0" w14:textId="22E93DF9" w:rsidR="00B21B67" w:rsidRDefault="00000000">
            <w:r>
              <w:rPr>
                <w:b/>
                <w:sz w:val="26"/>
              </w:rPr>
              <w:t>MYTH 2</w:t>
            </w:r>
            <w:r>
              <w:rPr>
                <w:b/>
              </w:rPr>
              <w:br/>
              <w:t>“The Earth is closer to the Sun in summer, which is why it is hotter.”</w:t>
            </w:r>
            <w:r>
              <w:br/>
            </w:r>
            <w:r>
              <w:br/>
              <w:t>I think this is</w:t>
            </w:r>
            <w:r w:rsidR="00B21B67">
              <w:t xml:space="preserve"> </w:t>
            </w:r>
            <w:r w:rsidR="00B21B67">
              <w:t>(delete the one you don’t need)</w:t>
            </w:r>
            <w:r>
              <w:t>:  ☐ TRUE     ☐ A MYTH</w:t>
            </w:r>
            <w:r>
              <w:br/>
            </w:r>
            <w:r>
              <w:br/>
              <w:t>🔎 Suggested search: Why is summer hotter Earth distance Sun</w:t>
            </w:r>
            <w:r>
              <w:br/>
            </w:r>
            <w:r>
              <w:br/>
              <w:t>Evidence I found:</w:t>
            </w:r>
            <w:r>
              <w:br/>
            </w:r>
          </w:p>
          <w:p w14:paraId="43C0C0E6" w14:textId="77777777" w:rsidR="00B21B67" w:rsidRDefault="00B21B67"/>
          <w:p w14:paraId="425D765F" w14:textId="77777777" w:rsidR="00B21B67" w:rsidRDefault="00B21B67"/>
          <w:p w14:paraId="1DE31BCF" w14:textId="77777777" w:rsidR="00B21B67" w:rsidRDefault="00B21B67"/>
          <w:p w14:paraId="435D728E" w14:textId="77777777" w:rsidR="00B21B67" w:rsidRDefault="00B21B67"/>
          <w:p w14:paraId="63B61DB0" w14:textId="0B24EE64" w:rsidR="002E5B17" w:rsidRDefault="00000000">
            <w:r>
              <w:br/>
              <w:t>My verdict</w:t>
            </w:r>
            <w:r w:rsidR="00B21B67">
              <w:t xml:space="preserve"> </w:t>
            </w:r>
            <w:r w:rsidR="00B21B67">
              <w:t>(delete the one you don’t need)</w:t>
            </w:r>
            <w:r>
              <w:t>:  ☐ TRUE     ☐ A MYTH</w:t>
            </w:r>
          </w:p>
        </w:tc>
      </w:tr>
    </w:tbl>
    <w:p w14:paraId="2B93BA79" w14:textId="77777777" w:rsidR="002E5B17" w:rsidRDefault="002E5B17"/>
    <w:tbl>
      <w:tblPr>
        <w:tblW w:w="0" w:type="auto"/>
        <w:jc w:val="center"/>
        <w:tblLook w:val="04A0" w:firstRow="1" w:lastRow="0" w:firstColumn="1" w:lastColumn="0" w:noHBand="0" w:noVBand="1"/>
      </w:tblPr>
      <w:tblGrid>
        <w:gridCol w:w="10368"/>
      </w:tblGrid>
      <w:tr w:rsidR="002E5B17" w14:paraId="1C7EF6F7" w14:textId="77777777">
        <w:trPr>
          <w:jc w:val="center"/>
        </w:trPr>
        <w:tc>
          <w:tcPr>
            <w:tcW w:w="10368" w:type="dxa"/>
            <w:shd w:val="clear" w:color="auto" w:fill="EAF4F8"/>
          </w:tcPr>
          <w:p w14:paraId="03911C17" w14:textId="58213C5A" w:rsidR="00B21B67" w:rsidRDefault="00000000">
            <w:r>
              <w:rPr>
                <w:b/>
                <w:sz w:val="26"/>
              </w:rPr>
              <w:t>MYTH 3</w:t>
            </w:r>
            <w:r>
              <w:rPr>
                <w:b/>
              </w:rPr>
              <w:br/>
              <w:t>“The Moon produces its own light.”</w:t>
            </w:r>
            <w:r>
              <w:br/>
            </w:r>
            <w:r>
              <w:br/>
              <w:t>I think this is</w:t>
            </w:r>
            <w:r w:rsidR="00B21B67">
              <w:t xml:space="preserve"> </w:t>
            </w:r>
            <w:r w:rsidR="00B21B67">
              <w:t>(delete the one you don’t need)</w:t>
            </w:r>
            <w:r>
              <w:t>:  ☐ TRUE     ☐ A MYTH</w:t>
            </w:r>
            <w:r>
              <w:br/>
            </w:r>
            <w:r>
              <w:br/>
              <w:t>🔎 Suggested search: Does the Moon make its own light? NASA</w:t>
            </w:r>
            <w:r>
              <w:br/>
            </w:r>
            <w:r>
              <w:br/>
              <w:t>Evidence I found:</w:t>
            </w:r>
            <w:r>
              <w:br/>
            </w:r>
          </w:p>
          <w:p w14:paraId="272ED50C" w14:textId="77777777" w:rsidR="00B21B67" w:rsidRDefault="00B21B67"/>
          <w:p w14:paraId="59037B65" w14:textId="77777777" w:rsidR="00B21B67" w:rsidRDefault="00B21B67"/>
          <w:p w14:paraId="0AA0925B" w14:textId="77777777" w:rsidR="00B21B67" w:rsidRDefault="00B21B67"/>
          <w:p w14:paraId="5D65912B" w14:textId="5B8A3710" w:rsidR="002E5B17" w:rsidRDefault="00000000">
            <w:r>
              <w:br/>
            </w:r>
            <w:r>
              <w:br/>
              <w:t>My verdict</w:t>
            </w:r>
            <w:r w:rsidR="00B21B67">
              <w:t xml:space="preserve"> </w:t>
            </w:r>
            <w:r w:rsidR="00B21B67">
              <w:t>(delete the one you don’t need)</w:t>
            </w:r>
            <w:r>
              <w:t>:  ☐ TRUE     ☐ A MYTH</w:t>
            </w:r>
          </w:p>
        </w:tc>
      </w:tr>
    </w:tbl>
    <w:p w14:paraId="4DD51B20" w14:textId="77777777" w:rsidR="002E5B17" w:rsidRDefault="002E5B17"/>
    <w:tbl>
      <w:tblPr>
        <w:tblW w:w="0" w:type="auto"/>
        <w:jc w:val="center"/>
        <w:tblLook w:val="04A0" w:firstRow="1" w:lastRow="0" w:firstColumn="1" w:lastColumn="0" w:noHBand="0" w:noVBand="1"/>
      </w:tblPr>
      <w:tblGrid>
        <w:gridCol w:w="10368"/>
      </w:tblGrid>
      <w:tr w:rsidR="002E5B17" w14:paraId="261001DA" w14:textId="77777777">
        <w:trPr>
          <w:jc w:val="center"/>
        </w:trPr>
        <w:tc>
          <w:tcPr>
            <w:tcW w:w="10368" w:type="dxa"/>
            <w:shd w:val="clear" w:color="auto" w:fill="EAF4F8"/>
          </w:tcPr>
          <w:p w14:paraId="0CF0F240" w14:textId="77777777" w:rsidR="00B21B67" w:rsidRDefault="00000000">
            <w:r>
              <w:rPr>
                <w:b/>
                <w:sz w:val="26"/>
              </w:rPr>
              <w:t>MYTH 4</w:t>
            </w:r>
            <w:r>
              <w:rPr>
                <w:b/>
              </w:rPr>
              <w:br/>
              <w:t>“Mars is red because its surface is covered in red plants.”</w:t>
            </w:r>
            <w:r>
              <w:br/>
            </w:r>
            <w:r>
              <w:br/>
              <w:t>I think this is</w:t>
            </w:r>
            <w:r w:rsidR="00B21B67">
              <w:t xml:space="preserve"> </w:t>
            </w:r>
            <w:r w:rsidR="00B21B67">
              <w:t>(delete the one you don’t need)</w:t>
            </w:r>
            <w:r>
              <w:t>:  ☐ TRUE     ☐ A MYTH</w:t>
            </w:r>
            <w:r>
              <w:br/>
            </w:r>
            <w:r>
              <w:br/>
              <w:t>🔎 Suggested search: Why is Mars red? NASA</w:t>
            </w:r>
            <w:r>
              <w:br/>
            </w:r>
            <w:r>
              <w:br/>
              <w:t>Evidence I found:</w:t>
            </w:r>
            <w:r>
              <w:br/>
            </w:r>
          </w:p>
          <w:p w14:paraId="59D0C3DB" w14:textId="77777777" w:rsidR="00B21B67" w:rsidRDefault="00B21B67"/>
          <w:p w14:paraId="64B02C52" w14:textId="77777777" w:rsidR="00B21B67" w:rsidRDefault="00B21B67"/>
          <w:p w14:paraId="214FD4C6" w14:textId="77777777" w:rsidR="00B21B67" w:rsidRDefault="00B21B67"/>
          <w:p w14:paraId="037E79B7" w14:textId="55A11FDA" w:rsidR="002E5B17" w:rsidRDefault="00000000">
            <w:r>
              <w:br/>
            </w:r>
            <w:r>
              <w:br/>
              <w:t>My verdict</w:t>
            </w:r>
            <w:r w:rsidR="00B21B67">
              <w:t xml:space="preserve"> </w:t>
            </w:r>
            <w:r w:rsidR="00B21B67">
              <w:t>(delete the one you don’t need)</w:t>
            </w:r>
            <w:r>
              <w:t>:  ☐ TRUE     ☐ A MYTH</w:t>
            </w:r>
          </w:p>
        </w:tc>
      </w:tr>
    </w:tbl>
    <w:p w14:paraId="4F23CDA7" w14:textId="021F3213" w:rsidR="00B21B67" w:rsidRDefault="00B21B67"/>
    <w:p w14:paraId="01D0C3B8" w14:textId="77777777" w:rsidR="00B21B67" w:rsidRDefault="00B21B67">
      <w:r>
        <w:br w:type="page"/>
      </w:r>
    </w:p>
    <w:p w14:paraId="13997B63" w14:textId="77777777" w:rsidR="002E5B17" w:rsidRDefault="002E5B17"/>
    <w:tbl>
      <w:tblPr>
        <w:tblW w:w="0" w:type="auto"/>
        <w:jc w:val="center"/>
        <w:tblLook w:val="04A0" w:firstRow="1" w:lastRow="0" w:firstColumn="1" w:lastColumn="0" w:noHBand="0" w:noVBand="1"/>
      </w:tblPr>
      <w:tblGrid>
        <w:gridCol w:w="10368"/>
      </w:tblGrid>
      <w:tr w:rsidR="002E5B17" w14:paraId="1DC828AF" w14:textId="77777777">
        <w:trPr>
          <w:jc w:val="center"/>
        </w:trPr>
        <w:tc>
          <w:tcPr>
            <w:tcW w:w="10368" w:type="dxa"/>
            <w:shd w:val="clear" w:color="auto" w:fill="EAF4F8"/>
          </w:tcPr>
          <w:p w14:paraId="1A31A1E1" w14:textId="77777777" w:rsidR="00B21B67" w:rsidRDefault="00000000">
            <w:r>
              <w:rPr>
                <w:b/>
                <w:sz w:val="26"/>
              </w:rPr>
              <w:t>MYTH 5</w:t>
            </w:r>
            <w:r>
              <w:rPr>
                <w:b/>
              </w:rPr>
              <w:br/>
              <w:t>“Saturn is the only planet with rings.”</w:t>
            </w:r>
            <w:r>
              <w:br/>
            </w:r>
            <w:r>
              <w:br/>
              <w:t>I think this is</w:t>
            </w:r>
            <w:r w:rsidR="00B21B67">
              <w:t xml:space="preserve"> </w:t>
            </w:r>
            <w:r w:rsidR="00B21B67">
              <w:t>(delete the one you don’t need)</w:t>
            </w:r>
            <w:r>
              <w:t>:  ☐ TRUE     ☐ A MYTH</w:t>
            </w:r>
            <w:r>
              <w:br/>
            </w:r>
            <w:r>
              <w:br/>
              <w:t>🔎 Suggested search: Which planets have rings? NASA</w:t>
            </w:r>
            <w:r>
              <w:br/>
            </w:r>
            <w:r>
              <w:br/>
              <w:t>Evidence I found:</w:t>
            </w:r>
            <w:r>
              <w:br/>
            </w:r>
          </w:p>
          <w:p w14:paraId="3731A368" w14:textId="77777777" w:rsidR="00B21B67" w:rsidRDefault="00B21B67"/>
          <w:p w14:paraId="42ED0E55" w14:textId="77777777" w:rsidR="00B21B67" w:rsidRDefault="00B21B67"/>
          <w:p w14:paraId="43168A88" w14:textId="77777777" w:rsidR="00B21B67" w:rsidRDefault="00B21B67"/>
          <w:p w14:paraId="72330491" w14:textId="77777777" w:rsidR="00B21B67" w:rsidRDefault="00B21B67"/>
          <w:p w14:paraId="2B95681F" w14:textId="29EC9DAA" w:rsidR="002E5B17" w:rsidRDefault="00000000">
            <w:r>
              <w:br/>
            </w:r>
            <w:r>
              <w:br/>
              <w:t>My verdict</w:t>
            </w:r>
            <w:r w:rsidR="00B21B67">
              <w:t xml:space="preserve"> </w:t>
            </w:r>
            <w:r w:rsidR="00B21B67">
              <w:t>(delete the one you don’t need)</w:t>
            </w:r>
            <w:r>
              <w:t>:  ☐ TRUE     ☐ A MYTH</w:t>
            </w:r>
          </w:p>
        </w:tc>
      </w:tr>
    </w:tbl>
    <w:p w14:paraId="22CD76A0" w14:textId="77777777" w:rsidR="002E5B17" w:rsidRDefault="002E5B17"/>
    <w:tbl>
      <w:tblPr>
        <w:tblW w:w="0" w:type="auto"/>
        <w:jc w:val="center"/>
        <w:tblLook w:val="04A0" w:firstRow="1" w:lastRow="0" w:firstColumn="1" w:lastColumn="0" w:noHBand="0" w:noVBand="1"/>
      </w:tblPr>
      <w:tblGrid>
        <w:gridCol w:w="10368"/>
      </w:tblGrid>
      <w:tr w:rsidR="002E5B17" w14:paraId="7A09BCC8" w14:textId="77777777">
        <w:trPr>
          <w:jc w:val="center"/>
        </w:trPr>
        <w:tc>
          <w:tcPr>
            <w:tcW w:w="10368" w:type="dxa"/>
            <w:shd w:val="clear" w:color="auto" w:fill="EAF4F8"/>
          </w:tcPr>
          <w:p w14:paraId="00F8E55B" w14:textId="77777777" w:rsidR="00B21B67" w:rsidRDefault="00000000">
            <w:r>
              <w:rPr>
                <w:b/>
                <w:sz w:val="26"/>
              </w:rPr>
              <w:t>MYTH 6</w:t>
            </w:r>
            <w:r>
              <w:rPr>
                <w:b/>
              </w:rPr>
              <w:br/>
              <w:t>“There is no gravity in space.”</w:t>
            </w:r>
            <w:r>
              <w:br/>
            </w:r>
            <w:r>
              <w:br/>
              <w:t>I think this is</w:t>
            </w:r>
            <w:r w:rsidR="00B21B67">
              <w:t xml:space="preserve"> </w:t>
            </w:r>
            <w:r w:rsidR="00B21B67">
              <w:t>(delete the one you don’t need)</w:t>
            </w:r>
            <w:r>
              <w:t>:  ☐ TRUE     ☐ A MYTH</w:t>
            </w:r>
            <w:r>
              <w:br/>
            </w:r>
            <w:r>
              <w:br/>
              <w:t>🔎 Suggested search: Is there gravity in space? NASA</w:t>
            </w:r>
            <w:r>
              <w:br/>
            </w:r>
            <w:r>
              <w:br/>
              <w:t>Evidence I found:</w:t>
            </w:r>
            <w:r>
              <w:br/>
            </w:r>
          </w:p>
          <w:p w14:paraId="38B4A9D2" w14:textId="77777777" w:rsidR="00B21B67" w:rsidRDefault="00B21B67"/>
          <w:p w14:paraId="081E2AE5" w14:textId="77777777" w:rsidR="00B21B67" w:rsidRDefault="00B21B67"/>
          <w:p w14:paraId="6EF171E5" w14:textId="77777777" w:rsidR="00B21B67" w:rsidRDefault="00B21B67"/>
          <w:p w14:paraId="2C7958A1" w14:textId="77777777" w:rsidR="00B21B67" w:rsidRDefault="00B21B67"/>
          <w:p w14:paraId="1BF6C84E" w14:textId="77777777" w:rsidR="00B21B67" w:rsidRDefault="00B21B67"/>
          <w:p w14:paraId="3F4CA2AE" w14:textId="4649E584" w:rsidR="002E5B17" w:rsidRDefault="00000000">
            <w:r>
              <w:br/>
            </w:r>
            <w:r>
              <w:br/>
              <w:t>My verdict</w:t>
            </w:r>
            <w:r w:rsidR="00B21B67">
              <w:t xml:space="preserve"> </w:t>
            </w:r>
            <w:r w:rsidR="00B21B67">
              <w:t>(delete the one you don’t need)</w:t>
            </w:r>
            <w:r>
              <w:t>:  ☐ TRUE     ☐ A MYTH</w:t>
            </w:r>
          </w:p>
        </w:tc>
      </w:tr>
    </w:tbl>
    <w:p w14:paraId="629C411C" w14:textId="77777777" w:rsidR="002E5B17" w:rsidRDefault="002E5B17"/>
    <w:p w14:paraId="6A904BC4" w14:textId="77777777" w:rsidR="00B21B67" w:rsidRDefault="00B21B67"/>
    <w:tbl>
      <w:tblPr>
        <w:tblW w:w="0" w:type="auto"/>
        <w:jc w:val="center"/>
        <w:tblLook w:val="04A0" w:firstRow="1" w:lastRow="0" w:firstColumn="1" w:lastColumn="0" w:noHBand="0" w:noVBand="1"/>
      </w:tblPr>
      <w:tblGrid>
        <w:gridCol w:w="10368"/>
      </w:tblGrid>
      <w:tr w:rsidR="002E5B17" w14:paraId="43C33AF2" w14:textId="77777777">
        <w:trPr>
          <w:jc w:val="center"/>
        </w:trPr>
        <w:tc>
          <w:tcPr>
            <w:tcW w:w="10368" w:type="dxa"/>
            <w:shd w:val="clear" w:color="auto" w:fill="EAF4F8"/>
          </w:tcPr>
          <w:p w14:paraId="2090F73E" w14:textId="77777777" w:rsidR="00B21B67" w:rsidRDefault="00000000">
            <w:r>
              <w:rPr>
                <w:b/>
                <w:sz w:val="26"/>
              </w:rPr>
              <w:lastRenderedPageBreak/>
              <w:t>MYTH 7</w:t>
            </w:r>
            <w:r>
              <w:rPr>
                <w:b/>
              </w:rPr>
              <w:br/>
              <w:t>“The far side of the Moon is always dark.”</w:t>
            </w:r>
            <w:r>
              <w:br/>
            </w:r>
            <w:r>
              <w:br/>
              <w:t>I think this is</w:t>
            </w:r>
            <w:r w:rsidR="00B21B67">
              <w:t xml:space="preserve"> </w:t>
            </w:r>
            <w:r w:rsidR="00B21B67">
              <w:t>(delete the one you don’t need)</w:t>
            </w:r>
            <w:r>
              <w:t>:  ☐ TRUE     ☐ A MYTH</w:t>
            </w:r>
            <w:r>
              <w:br/>
            </w:r>
            <w:r>
              <w:br/>
              <w:t>🔎 Suggested search: Does the far side of the Moon get sunlight? NASA</w:t>
            </w:r>
            <w:r>
              <w:br/>
            </w:r>
            <w:r>
              <w:br/>
              <w:t>Evidence I found:</w:t>
            </w:r>
            <w:r>
              <w:br/>
            </w:r>
          </w:p>
          <w:p w14:paraId="189A3347" w14:textId="77777777" w:rsidR="00B21B67" w:rsidRDefault="00B21B67"/>
          <w:p w14:paraId="1E7CD704" w14:textId="77777777" w:rsidR="00B21B67" w:rsidRDefault="00B21B67"/>
          <w:p w14:paraId="71092DB6" w14:textId="77777777" w:rsidR="00B21B67" w:rsidRDefault="00B21B67"/>
          <w:p w14:paraId="1F7AC423" w14:textId="087B4D5B" w:rsidR="002E5B17" w:rsidRDefault="00000000">
            <w:r>
              <w:br/>
            </w:r>
            <w:r>
              <w:br/>
              <w:t>My verdict</w:t>
            </w:r>
            <w:r w:rsidR="00B21B67">
              <w:t xml:space="preserve"> </w:t>
            </w:r>
            <w:r w:rsidR="00B21B67">
              <w:t>(delete the one you don’t need)</w:t>
            </w:r>
            <w:r>
              <w:t>:  ☐ TRUE     ☐ A MYTH</w:t>
            </w:r>
          </w:p>
        </w:tc>
      </w:tr>
    </w:tbl>
    <w:p w14:paraId="33B933A7" w14:textId="77777777" w:rsidR="002E5B17" w:rsidRDefault="002E5B17"/>
    <w:tbl>
      <w:tblPr>
        <w:tblW w:w="0" w:type="auto"/>
        <w:jc w:val="center"/>
        <w:tblLook w:val="04A0" w:firstRow="1" w:lastRow="0" w:firstColumn="1" w:lastColumn="0" w:noHBand="0" w:noVBand="1"/>
      </w:tblPr>
      <w:tblGrid>
        <w:gridCol w:w="10368"/>
      </w:tblGrid>
      <w:tr w:rsidR="002E5B17" w14:paraId="76C90AB8" w14:textId="77777777">
        <w:trPr>
          <w:jc w:val="center"/>
        </w:trPr>
        <w:tc>
          <w:tcPr>
            <w:tcW w:w="10368" w:type="dxa"/>
            <w:shd w:val="clear" w:color="auto" w:fill="EAF4F8"/>
          </w:tcPr>
          <w:p w14:paraId="3277379A" w14:textId="77777777" w:rsidR="00B21B67" w:rsidRDefault="00000000">
            <w:r>
              <w:rPr>
                <w:b/>
                <w:sz w:val="26"/>
              </w:rPr>
              <w:t>MYTH 8</w:t>
            </w:r>
            <w:r>
              <w:rPr>
                <w:b/>
              </w:rPr>
              <w:br/>
              <w:t>“The North Star is the brightest star in the night sky.”</w:t>
            </w:r>
            <w:r>
              <w:br/>
            </w:r>
            <w:r>
              <w:br/>
              <w:t>I think this is</w:t>
            </w:r>
            <w:r w:rsidR="00B21B67">
              <w:t xml:space="preserve"> </w:t>
            </w:r>
            <w:r w:rsidR="00B21B67">
              <w:t>(delete the one you don’t need)</w:t>
            </w:r>
            <w:r>
              <w:t>:  ☐ TRUE     ☐ A MYTH</w:t>
            </w:r>
            <w:r>
              <w:br/>
            </w:r>
            <w:r>
              <w:br/>
              <w:t>🔎 Suggested search: Is Polaris the brightest star?</w:t>
            </w:r>
            <w:r>
              <w:br/>
            </w:r>
            <w:r>
              <w:br/>
              <w:t>Evidence I found:</w:t>
            </w:r>
            <w:r>
              <w:br/>
            </w:r>
          </w:p>
          <w:p w14:paraId="77D201BE" w14:textId="77777777" w:rsidR="00B21B67" w:rsidRDefault="00B21B67"/>
          <w:p w14:paraId="7BE7E167" w14:textId="77777777" w:rsidR="00B21B67" w:rsidRDefault="00B21B67"/>
          <w:p w14:paraId="078131AE" w14:textId="77777777" w:rsidR="00B21B67" w:rsidRDefault="00B21B67"/>
          <w:p w14:paraId="62FF4A0F" w14:textId="0F09AF6E" w:rsidR="002E5B17" w:rsidRDefault="00000000">
            <w:r>
              <w:br/>
            </w:r>
            <w:r>
              <w:br/>
              <w:t>My verdict</w:t>
            </w:r>
            <w:r w:rsidR="00B21B67">
              <w:t xml:space="preserve"> </w:t>
            </w:r>
            <w:r w:rsidR="00B21B67">
              <w:t>(delete the one you don’t need)</w:t>
            </w:r>
            <w:r>
              <w:t>:  ☐ TRUE     ☐ A MYTH</w:t>
            </w:r>
          </w:p>
        </w:tc>
      </w:tr>
    </w:tbl>
    <w:p w14:paraId="19AD3CEB" w14:textId="0D91E4E3" w:rsidR="00B21B67" w:rsidRDefault="00B21B67"/>
    <w:p w14:paraId="31068533" w14:textId="77777777" w:rsidR="00B21B67" w:rsidRDefault="00B21B67">
      <w:r>
        <w:br w:type="page"/>
      </w:r>
    </w:p>
    <w:p w14:paraId="5192F370" w14:textId="77777777" w:rsidR="002E5B17" w:rsidRDefault="002E5B17"/>
    <w:tbl>
      <w:tblPr>
        <w:tblW w:w="0" w:type="auto"/>
        <w:jc w:val="center"/>
        <w:tblLook w:val="04A0" w:firstRow="1" w:lastRow="0" w:firstColumn="1" w:lastColumn="0" w:noHBand="0" w:noVBand="1"/>
      </w:tblPr>
      <w:tblGrid>
        <w:gridCol w:w="10368"/>
      </w:tblGrid>
      <w:tr w:rsidR="002E5B17" w14:paraId="69D27DD0" w14:textId="77777777">
        <w:trPr>
          <w:jc w:val="center"/>
        </w:trPr>
        <w:tc>
          <w:tcPr>
            <w:tcW w:w="10368" w:type="dxa"/>
            <w:shd w:val="clear" w:color="auto" w:fill="EAF4F8"/>
          </w:tcPr>
          <w:p w14:paraId="6A0B108A" w14:textId="77777777" w:rsidR="00B21B67" w:rsidRDefault="00000000">
            <w:r>
              <w:rPr>
                <w:b/>
                <w:sz w:val="26"/>
              </w:rPr>
              <w:t>MYTH 9</w:t>
            </w:r>
            <w:r>
              <w:rPr>
                <w:b/>
              </w:rPr>
              <w:br/>
              <w:t>“There is no sound in space.”</w:t>
            </w:r>
            <w:r>
              <w:br/>
            </w:r>
            <w:r>
              <w:br/>
              <w:t>I think this is</w:t>
            </w:r>
            <w:r w:rsidR="00B21B67">
              <w:t xml:space="preserve"> </w:t>
            </w:r>
            <w:r w:rsidR="00B21B67">
              <w:t>(delete the one you don’t need)</w:t>
            </w:r>
            <w:r>
              <w:t>:  ☐ TRUE     ☐ A MYTH</w:t>
            </w:r>
            <w:r>
              <w:br/>
            </w:r>
            <w:r>
              <w:br/>
              <w:t>🔎 Suggested search: Can sound travel through space? NASA</w:t>
            </w:r>
            <w:r>
              <w:br/>
            </w:r>
            <w:r>
              <w:br/>
              <w:t>Evidence I found:</w:t>
            </w:r>
            <w:r>
              <w:br/>
            </w:r>
          </w:p>
          <w:p w14:paraId="51174F88" w14:textId="77777777" w:rsidR="00B21B67" w:rsidRDefault="00B21B67"/>
          <w:p w14:paraId="38902148" w14:textId="77777777" w:rsidR="00B21B67" w:rsidRDefault="00B21B67"/>
          <w:p w14:paraId="63827F54" w14:textId="77777777" w:rsidR="00B21B67" w:rsidRDefault="00B21B67"/>
          <w:p w14:paraId="74D1D47C" w14:textId="77777777" w:rsidR="00B21B67" w:rsidRDefault="00B21B67"/>
          <w:p w14:paraId="2606B174" w14:textId="77733586" w:rsidR="002E5B17" w:rsidRDefault="00000000">
            <w:r>
              <w:br/>
            </w:r>
            <w:r>
              <w:br/>
              <w:t>My verdict</w:t>
            </w:r>
            <w:r w:rsidR="00B21B67">
              <w:t xml:space="preserve"> </w:t>
            </w:r>
            <w:r w:rsidR="00B21B67">
              <w:t>(delete the one you don’t need)</w:t>
            </w:r>
            <w:r>
              <w:t>:  ☐ TRUE     ☐ A MYTH</w:t>
            </w:r>
          </w:p>
        </w:tc>
      </w:tr>
    </w:tbl>
    <w:p w14:paraId="4B318A20" w14:textId="77777777" w:rsidR="002E5B17" w:rsidRDefault="002E5B17"/>
    <w:tbl>
      <w:tblPr>
        <w:tblW w:w="0" w:type="auto"/>
        <w:jc w:val="center"/>
        <w:tblLook w:val="04A0" w:firstRow="1" w:lastRow="0" w:firstColumn="1" w:lastColumn="0" w:noHBand="0" w:noVBand="1"/>
      </w:tblPr>
      <w:tblGrid>
        <w:gridCol w:w="10368"/>
      </w:tblGrid>
      <w:tr w:rsidR="002E5B17" w14:paraId="21C4524B" w14:textId="77777777">
        <w:trPr>
          <w:jc w:val="center"/>
        </w:trPr>
        <w:tc>
          <w:tcPr>
            <w:tcW w:w="10368" w:type="dxa"/>
            <w:shd w:val="clear" w:color="auto" w:fill="EAF4F8"/>
          </w:tcPr>
          <w:p w14:paraId="3E9BB50F" w14:textId="7199AF59" w:rsidR="00B21B67" w:rsidRDefault="00000000">
            <w:r>
              <w:rPr>
                <w:b/>
                <w:sz w:val="26"/>
              </w:rPr>
              <w:t>MYTH 10</w:t>
            </w:r>
            <w:r>
              <w:rPr>
                <w:b/>
              </w:rPr>
              <w:br/>
              <w:t>“Astronauts float because there is no gravity on the International Space Station.”</w:t>
            </w:r>
            <w:r>
              <w:br/>
            </w:r>
            <w:r>
              <w:br/>
              <w:t>I think this is</w:t>
            </w:r>
            <w:r w:rsidR="00B21B67">
              <w:t xml:space="preserve"> </w:t>
            </w:r>
            <w:r w:rsidR="00B21B67">
              <w:t>(delete the one you don’t need)</w:t>
            </w:r>
            <w:r>
              <w:t>:  ☐ TRUE     ☐ A MYTH</w:t>
            </w:r>
            <w:r>
              <w:br/>
            </w:r>
            <w:r>
              <w:br/>
              <w:t>🔎 Suggested search: Why do astronauts float on the ISS? NASA</w:t>
            </w:r>
            <w:r>
              <w:br/>
            </w:r>
            <w:r>
              <w:br/>
              <w:t>Evidence I found:</w:t>
            </w:r>
          </w:p>
          <w:p w14:paraId="56992A21" w14:textId="77777777" w:rsidR="00B21B67" w:rsidRDefault="00B21B67"/>
          <w:p w14:paraId="7F08F8AA" w14:textId="77777777" w:rsidR="00B21B67" w:rsidRDefault="00B21B67"/>
          <w:p w14:paraId="1280E4E9" w14:textId="77777777" w:rsidR="00B21B67" w:rsidRDefault="00B21B67"/>
          <w:p w14:paraId="5B136182" w14:textId="77777777" w:rsidR="00B21B67" w:rsidRDefault="00B21B67"/>
          <w:p w14:paraId="468CC73D" w14:textId="10D63240" w:rsidR="002E5B17" w:rsidRDefault="00000000">
            <w:r>
              <w:br/>
            </w:r>
            <w:r>
              <w:br/>
            </w:r>
            <w:r>
              <w:br/>
              <w:t>My verdict</w:t>
            </w:r>
            <w:r w:rsidR="00B21B67">
              <w:t xml:space="preserve"> </w:t>
            </w:r>
            <w:r w:rsidR="00B21B67">
              <w:t>(delete the one you don’t need)</w:t>
            </w:r>
            <w:r>
              <w:t>:  ☐ TRUE     ☐ A MYTH</w:t>
            </w:r>
          </w:p>
        </w:tc>
      </w:tr>
    </w:tbl>
    <w:p w14:paraId="0395C6A4" w14:textId="77777777" w:rsidR="002E5B17" w:rsidRDefault="002E5B17"/>
    <w:p w14:paraId="23F22851" w14:textId="77777777" w:rsidR="002E5B17" w:rsidRDefault="00000000">
      <w:r>
        <w:br w:type="page"/>
      </w:r>
    </w:p>
    <w:p w14:paraId="1C0181BF" w14:textId="77777777" w:rsidR="002E5B17" w:rsidRDefault="00000000">
      <w:pPr>
        <w:pStyle w:val="Heading1"/>
      </w:pPr>
      <w:r>
        <w:lastRenderedPageBreak/>
        <w:t>🕵️ Bonus Challenge — Create Your Own Space Myth</w:t>
      </w:r>
    </w:p>
    <w:p w14:paraId="00DB3975" w14:textId="10332B8F" w:rsidR="002E5B17" w:rsidRDefault="00000000">
      <w:r>
        <w:rPr>
          <w:b/>
        </w:rPr>
        <w:t>My myth:</w:t>
      </w:r>
      <w:r>
        <w:br/>
      </w:r>
    </w:p>
    <w:p w14:paraId="7537F266" w14:textId="0F782BC0" w:rsidR="002E5B17" w:rsidRDefault="00000000">
      <w:r>
        <w:rPr>
          <w:b/>
        </w:rPr>
        <w:t>What I searched:</w:t>
      </w:r>
      <w:r>
        <w:br/>
      </w:r>
    </w:p>
    <w:p w14:paraId="7E5B3C65" w14:textId="2E7311A1" w:rsidR="002E5B17" w:rsidRDefault="00000000">
      <w:r>
        <w:rPr>
          <w:b/>
        </w:rPr>
        <w:t>What did I discover?</w:t>
      </w:r>
      <w:r>
        <w:br/>
      </w:r>
    </w:p>
    <w:p w14:paraId="0D28F87D" w14:textId="690CE326" w:rsidR="002E5B17" w:rsidRDefault="00000000">
      <w:r>
        <w:rPr>
          <w:b/>
        </w:rPr>
        <w:t>My evidence came from:</w:t>
      </w:r>
      <w:r>
        <w:br/>
      </w:r>
    </w:p>
    <w:p w14:paraId="77D18862" w14:textId="77777777" w:rsidR="002E5B17" w:rsidRDefault="00000000">
      <w:r>
        <w:rPr>
          <w:b/>
        </w:rPr>
        <w:t>TRUE or A MYTH?   ☐ TRUE     ☐ A MYTH</w:t>
      </w:r>
    </w:p>
    <w:p w14:paraId="3FB4361D" w14:textId="04527A0D" w:rsidR="002E5B17" w:rsidRDefault="002E5B17"/>
    <w:sectPr w:rsidR="002E5B17"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7780320">
    <w:abstractNumId w:val="8"/>
  </w:num>
  <w:num w:numId="2" w16cid:durableId="744884312">
    <w:abstractNumId w:val="6"/>
  </w:num>
  <w:num w:numId="3" w16cid:durableId="1799490065">
    <w:abstractNumId w:val="5"/>
  </w:num>
  <w:num w:numId="4" w16cid:durableId="1990594821">
    <w:abstractNumId w:val="4"/>
  </w:num>
  <w:num w:numId="5" w16cid:durableId="1821461655">
    <w:abstractNumId w:val="7"/>
  </w:num>
  <w:num w:numId="6" w16cid:durableId="1736270478">
    <w:abstractNumId w:val="3"/>
  </w:num>
  <w:num w:numId="7" w16cid:durableId="349767093">
    <w:abstractNumId w:val="2"/>
  </w:num>
  <w:num w:numId="8" w16cid:durableId="1825924792">
    <w:abstractNumId w:val="1"/>
  </w:num>
  <w:num w:numId="9" w16cid:durableId="1361590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5B17"/>
    <w:rsid w:val="00326F90"/>
    <w:rsid w:val="008733DF"/>
    <w:rsid w:val="00AA1D8D"/>
    <w:rsid w:val="00B21B67"/>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552D3C"/>
  <w14:defaultImageDpi w14:val="300"/>
  <w15:docId w15:val="{FB127D46-96CD-4390-A3FE-E41135F2A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Hayley Stapleton</cp:lastModifiedBy>
  <cp:revision>2</cp:revision>
  <dcterms:created xsi:type="dcterms:W3CDTF">2026-09-29T19:23:00Z</dcterms:created>
  <dcterms:modified xsi:type="dcterms:W3CDTF">2026-09-29T19:23:00Z</dcterms:modified>
  <cp:category/>
</cp:coreProperties>
</file>