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537F7" w:rsidRDefault="00000000" w14:paraId="1BA796F0" w14:textId="77777777">
      <w:pPr>
        <w:jc w:val="center"/>
      </w:pPr>
      <w:r>
        <w:rPr>
          <w:b/>
          <w:sz w:val="48"/>
        </w:rPr>
        <w:t>🚀 SPACE MYTHBUSTERS!</w:t>
      </w:r>
    </w:p>
    <w:p w:rsidR="008537F7" w:rsidRDefault="00000000" w14:paraId="075623CC" w14:textId="7A02616B">
      <w:pPr>
        <w:jc w:val="center"/>
      </w:pPr>
      <w:r>
        <w:rPr>
          <w:b/>
          <w:sz w:val="28"/>
        </w:rPr>
        <w:t>Year 5 — Research Activity</w:t>
      </w:r>
    </w:p>
    <w:p w:rsidR="008537F7" w:rsidRDefault="00000000" w14:paraId="0EA7FBD7" w14:textId="77777777">
      <w:pPr>
        <w:jc w:val="center"/>
      </w:pPr>
      <w:r>
        <w:rPr>
          <w:b/>
        </w:rPr>
        <w:t>🔎 Search  →  👀 Look  →  ✏️ Copy  →  ✅ Tick</w:t>
      </w:r>
    </w:p>
    <w:p w:rsidR="008537F7" w:rsidRDefault="00000000" w14:paraId="5D751975" w14:textId="77777777">
      <w:r w:rsidRPr="30BE0337" w:rsidR="352378E4">
        <w:rPr>
          <w:b w:val="1"/>
          <w:bCs w:val="1"/>
        </w:rPr>
        <w:t xml:space="preserve">Your job: </w:t>
      </w:r>
      <w:r w:rsidR="352378E4">
        <w:rPr/>
        <w:t>Find out if each space fact is TRUE or a MYTH.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8537F7" w:rsidTr="30BE0337" w14:paraId="75E71A58" w14:textId="77777777">
        <w:trPr>
          <w:jc w:val="center"/>
        </w:trPr>
        <w:tc>
          <w:tcPr>
            <w:tcW w:w="10656" w:type="dxa"/>
            <w:shd w:val="clear" w:color="auto" w:fill="EAF4F8"/>
            <w:tcMar/>
          </w:tcPr>
          <w:p w:rsidR="008537F7" w:rsidRDefault="00000000" w14:paraId="73713880" w14:textId="77777777">
            <w:r>
              <w:rPr>
                <w:b/>
                <w:sz w:val="32"/>
              </w:rPr>
              <w:t>☀️  MYTH 1</w:t>
            </w:r>
          </w:p>
          <w:p w:rsidR="008537F7" w:rsidRDefault="00000000" w14:paraId="5991759E" w14:textId="77777777">
            <w:r>
              <w:rPr>
                <w:b/>
              </w:rPr>
              <w:t>❓ The Sun is a ball of fire.</w:t>
            </w:r>
          </w:p>
          <w:p w:rsidR="008537F7" w:rsidP="30BE0337" w:rsidRDefault="00000000" w14:paraId="3C5A16A0" w14:textId="60186A6F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left"/>
            </w:pPr>
            <w:r w:rsidRPr="30BE0337" w:rsidR="352378E4">
              <w:rPr>
                <w:b w:val="1"/>
                <w:bCs w:val="1"/>
              </w:rPr>
              <w:t xml:space="preserve">🔎 Search: </w:t>
            </w:r>
            <w:r w:rsidR="3268A1D8">
              <w:rPr/>
              <w:t xml:space="preserve">sun </w:t>
            </w:r>
            <w:r w:rsidR="63405D02">
              <w:rPr/>
              <w:t>made from</w:t>
            </w:r>
            <w:r w:rsidR="3268A1D8">
              <w:rPr/>
              <w:t xml:space="preserve"> fire</w:t>
            </w:r>
            <w:r w:rsidR="352378E4">
              <w:rPr/>
              <w:t xml:space="preserve"> NASA</w:t>
            </w:r>
          </w:p>
          <w:p w:rsidR="008537F7" w:rsidP="30BE0337" w:rsidRDefault="00000000" w14:paraId="3BEC78C7" w14:textId="6738D7C3">
            <w:pPr>
              <w:rPr>
                <w:b w:val="1"/>
                <w:bCs w:val="1"/>
              </w:rPr>
            </w:pPr>
            <w:r w:rsidRPr="30BE0337" w:rsidR="352378E4">
              <w:rPr>
                <w:b w:val="1"/>
                <w:bCs w:val="1"/>
              </w:rPr>
              <w:t>✏️ Copy the answer</w:t>
            </w:r>
            <w:r w:rsidRPr="30BE0337" w:rsidR="333C549D">
              <w:rPr>
                <w:b w:val="1"/>
                <w:bCs w:val="1"/>
              </w:rPr>
              <w:t xml:space="preserve"> from the website</w:t>
            </w:r>
            <w:r w:rsidRPr="30BE0337" w:rsidR="352378E4">
              <w:rPr>
                <w:b w:val="1"/>
                <w:bCs w:val="1"/>
              </w:rPr>
              <w:t>:</w:t>
            </w:r>
            <w:r>
              <w:br/>
            </w:r>
          </w:p>
          <w:p w:rsidR="30BE0337" w:rsidRDefault="30BE0337" w14:paraId="22F82748" w14:textId="13F0EDA1"/>
          <w:p w:rsidR="008537F7" w:rsidRDefault="00000000" w14:paraId="79E233B8" w14:textId="6755E862">
            <w:r>
              <w:rPr>
                <w:b/>
              </w:rPr>
              <w:t>My answer</w:t>
            </w:r>
            <w:r w:rsidR="00686A1E">
              <w:rPr>
                <w:b/>
              </w:rPr>
              <w:t xml:space="preserve"> </w:t>
            </w:r>
            <w:r w:rsidR="00686A1E">
              <w:rPr>
                <w:b/>
              </w:rPr>
              <w:t>(delete the option you don’t need)</w:t>
            </w:r>
            <w:r>
              <w:rPr>
                <w:b/>
              </w:rPr>
              <w:t xml:space="preserve">:  </w:t>
            </w:r>
            <w:r>
              <w:t>☐ TRUE     ☐ MYTH</w:t>
            </w:r>
          </w:p>
        </w:tc>
      </w:tr>
    </w:tbl>
    <w:p w:rsidR="008537F7" w:rsidRDefault="008537F7" w14:paraId="3DEA8F97" w14:textId="7777777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8537F7" w:rsidTr="30BE0337" w14:paraId="3C204A3E" w14:textId="77777777">
        <w:trPr>
          <w:jc w:val="center"/>
        </w:trPr>
        <w:tc>
          <w:tcPr>
            <w:tcW w:w="10656" w:type="dxa"/>
            <w:shd w:val="clear" w:color="auto" w:fill="EAF4F8"/>
            <w:tcMar/>
          </w:tcPr>
          <w:p w:rsidR="008537F7" w:rsidRDefault="00000000" w14:paraId="6A9363CD" w14:textId="77777777">
            <w:r>
              <w:rPr>
                <w:b/>
                <w:sz w:val="32"/>
              </w:rPr>
              <w:t>🌍  MYTH 2</w:t>
            </w:r>
          </w:p>
          <w:p w:rsidR="008537F7" w:rsidRDefault="00000000" w14:paraId="3368A868" w14:textId="77777777">
            <w:r>
              <w:rPr>
                <w:b/>
              </w:rPr>
              <w:t>❓ Summer happens because Earth is closer to the Sun.</w:t>
            </w:r>
          </w:p>
          <w:p w:rsidR="008537F7" w:rsidP="30BE0337" w:rsidRDefault="00000000" w14:paraId="51117E10" w14:textId="018B1B0F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left"/>
            </w:pPr>
            <w:r w:rsidRPr="30BE0337" w:rsidR="352378E4">
              <w:rPr>
                <w:b w:val="1"/>
                <w:bCs w:val="1"/>
              </w:rPr>
              <w:t xml:space="preserve">🔎 Search: </w:t>
            </w:r>
            <w:r w:rsidR="44F3C6B2">
              <w:rPr/>
              <w:t>summer close sun</w:t>
            </w:r>
            <w:r w:rsidR="352378E4">
              <w:rPr/>
              <w:t xml:space="preserve"> NASA</w:t>
            </w:r>
          </w:p>
          <w:p w:rsidR="00686A1E" w:rsidP="30BE0337" w:rsidRDefault="00686A1E" w14:paraId="7FE8E454" w14:textId="77777777">
            <w:pPr>
              <w:rPr>
                <w:b w:val="1"/>
                <w:bCs w:val="1"/>
              </w:rPr>
            </w:pPr>
            <w:r w:rsidRPr="30BE0337" w:rsidR="333C549D">
              <w:rPr>
                <w:b w:val="1"/>
                <w:bCs w:val="1"/>
              </w:rPr>
              <w:t>✏️ Copy the answer from the website:</w:t>
            </w:r>
            <w:r>
              <w:br/>
            </w:r>
          </w:p>
          <w:p w:rsidR="30BE0337" w:rsidRDefault="30BE0337" w14:paraId="31F73A3C" w14:textId="0208ECAE"/>
          <w:p w:rsidR="008537F7" w:rsidP="00686A1E" w:rsidRDefault="00686A1E" w14:paraId="38A8BB25" w14:textId="248C6B18">
            <w:r>
              <w:rPr>
                <w:b/>
              </w:rPr>
              <w:t xml:space="preserve">My answer (delete the option you don’t need):  </w:t>
            </w:r>
            <w:r>
              <w:t>☐ TRUE     ☐ MYTH</w:t>
            </w:r>
          </w:p>
        </w:tc>
      </w:tr>
    </w:tbl>
    <w:p w:rsidR="008537F7" w:rsidRDefault="008537F7" w14:paraId="3DCCF129" w14:textId="7777777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8537F7" w:rsidTr="30BE0337" w14:paraId="5728CB67" w14:textId="77777777">
        <w:trPr>
          <w:jc w:val="center"/>
        </w:trPr>
        <w:tc>
          <w:tcPr>
            <w:tcW w:w="10656" w:type="dxa"/>
            <w:shd w:val="clear" w:color="auto" w:fill="EAF4F8"/>
            <w:tcMar/>
          </w:tcPr>
          <w:p w:rsidR="008537F7" w:rsidRDefault="00000000" w14:paraId="7A4C740E" w14:textId="77777777">
            <w:r>
              <w:rPr>
                <w:b/>
                <w:sz w:val="32"/>
              </w:rPr>
              <w:t>🌕  MYTH 3</w:t>
            </w:r>
          </w:p>
          <w:p w:rsidR="008537F7" w:rsidRDefault="00000000" w14:paraId="620D25D5" w14:textId="77777777">
            <w:r>
              <w:rPr>
                <w:b/>
              </w:rPr>
              <w:t>❓ The Moon makes its own light.</w:t>
            </w:r>
          </w:p>
          <w:p w:rsidR="008537F7" w:rsidP="30BE0337" w:rsidRDefault="00000000" w14:paraId="2D715A2F" w14:textId="4D73FF0C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left"/>
            </w:pPr>
            <w:r w:rsidRPr="30BE0337" w:rsidR="352378E4">
              <w:rPr>
                <w:b w:val="1"/>
                <w:bCs w:val="1"/>
              </w:rPr>
              <w:t xml:space="preserve">🔎 Search: </w:t>
            </w:r>
            <w:r w:rsidR="3C626162">
              <w:rPr/>
              <w:t>moon create light</w:t>
            </w:r>
            <w:r w:rsidR="352378E4">
              <w:rPr/>
              <w:t xml:space="preserve"> NASA</w:t>
            </w:r>
          </w:p>
          <w:p w:rsidR="00686A1E" w:rsidP="30BE0337" w:rsidRDefault="00686A1E" w14:paraId="6670A235" w14:textId="77777777">
            <w:pPr>
              <w:rPr>
                <w:b w:val="1"/>
                <w:bCs w:val="1"/>
              </w:rPr>
            </w:pPr>
            <w:r w:rsidRPr="30BE0337" w:rsidR="333C549D">
              <w:rPr>
                <w:b w:val="1"/>
                <w:bCs w:val="1"/>
              </w:rPr>
              <w:t>✏️ Copy the answer from the website:</w:t>
            </w:r>
            <w:r>
              <w:br/>
            </w:r>
          </w:p>
          <w:p w:rsidR="30BE0337" w:rsidRDefault="30BE0337" w14:paraId="2F73965C" w14:textId="2D1575B2"/>
          <w:p w:rsidR="008537F7" w:rsidP="00686A1E" w:rsidRDefault="00686A1E" w14:paraId="2AFD6C19" w14:textId="0A0BABC4">
            <w:r>
              <w:rPr>
                <w:b/>
              </w:rPr>
              <w:t xml:space="preserve">My answer (delete the option you don’t need):  </w:t>
            </w:r>
            <w:r>
              <w:t>☐ TRUE     ☐ MYTH</w:t>
            </w:r>
          </w:p>
        </w:tc>
      </w:tr>
    </w:tbl>
    <w:p w:rsidR="008537F7" w:rsidRDefault="008537F7" w14:paraId="531023D4" w14:textId="7777777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8537F7" w:rsidTr="30BE0337" w14:paraId="3655CC99" w14:textId="77777777">
        <w:trPr>
          <w:jc w:val="center"/>
        </w:trPr>
        <w:tc>
          <w:tcPr>
            <w:tcW w:w="10656" w:type="dxa"/>
            <w:shd w:val="clear" w:color="auto" w:fill="EAF4F8"/>
            <w:tcMar/>
          </w:tcPr>
          <w:p w:rsidR="008537F7" w:rsidRDefault="00000000" w14:paraId="2D3B6E0F" w14:textId="77777777">
            <w:r>
              <w:rPr>
                <w:b/>
                <w:sz w:val="32"/>
              </w:rPr>
              <w:t>🔴  MYTH 4</w:t>
            </w:r>
          </w:p>
          <w:p w:rsidR="008537F7" w:rsidRDefault="00000000" w14:paraId="5BF9FA75" w14:textId="77777777">
            <w:r>
              <w:rPr>
                <w:b/>
              </w:rPr>
              <w:t>❓ Mars is red because it has red plants.</w:t>
            </w:r>
          </w:p>
          <w:p w:rsidR="008537F7" w:rsidRDefault="00000000" w14:paraId="200A3F82" w14:textId="6CDA5E5E">
            <w:r w:rsidRPr="30BE0337" w:rsidR="352378E4">
              <w:rPr>
                <w:b w:val="1"/>
                <w:bCs w:val="1"/>
              </w:rPr>
              <w:t xml:space="preserve">🔎 Search: </w:t>
            </w:r>
            <w:r w:rsidR="7CC3996B">
              <w:rPr>
                <w:b w:val="0"/>
                <w:bCs w:val="0"/>
              </w:rPr>
              <w:t>Why</w:t>
            </w:r>
            <w:r w:rsidRPr="30BE0337" w:rsidR="7CC3996B">
              <w:rPr>
                <w:b w:val="1"/>
                <w:bCs w:val="1"/>
              </w:rPr>
              <w:t xml:space="preserve"> </w:t>
            </w:r>
            <w:r w:rsidR="352378E4">
              <w:rPr/>
              <w:t>Mars red NASA</w:t>
            </w:r>
          </w:p>
          <w:p w:rsidR="00686A1E" w:rsidP="30BE0337" w:rsidRDefault="00686A1E" w14:paraId="79B21743" w14:textId="77777777">
            <w:pPr>
              <w:rPr>
                <w:b w:val="1"/>
                <w:bCs w:val="1"/>
              </w:rPr>
            </w:pPr>
            <w:r w:rsidRPr="30BE0337" w:rsidR="333C549D">
              <w:rPr>
                <w:b w:val="1"/>
                <w:bCs w:val="1"/>
              </w:rPr>
              <w:t>✏️ Copy the answer from the website:</w:t>
            </w:r>
            <w:r>
              <w:br/>
            </w:r>
          </w:p>
          <w:p w:rsidR="30BE0337" w:rsidRDefault="30BE0337" w14:paraId="71459916" w14:textId="072B803D"/>
          <w:p w:rsidR="008537F7" w:rsidP="00686A1E" w:rsidRDefault="00686A1E" w14:paraId="1F37AF89" w14:textId="40335EE0">
            <w:r>
              <w:rPr>
                <w:b/>
              </w:rPr>
              <w:t xml:space="preserve">My answer (delete the option you don’t need):  </w:t>
            </w:r>
            <w:r>
              <w:t>☐ TRUE     ☐ MYTH</w:t>
            </w:r>
          </w:p>
        </w:tc>
      </w:tr>
    </w:tbl>
    <w:p w:rsidR="008537F7" w:rsidRDefault="008537F7" w14:paraId="1496DB68" w14:textId="7777777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8537F7" w:rsidTr="30BE0337" w14:paraId="4A33913B" w14:textId="77777777">
        <w:trPr>
          <w:jc w:val="center"/>
        </w:trPr>
        <w:tc>
          <w:tcPr>
            <w:tcW w:w="10656" w:type="dxa"/>
            <w:shd w:val="clear" w:color="auto" w:fill="EAF4F8"/>
            <w:tcMar/>
          </w:tcPr>
          <w:p w:rsidR="008537F7" w:rsidRDefault="00000000" w14:paraId="7A6BE5BE" w14:textId="77777777">
            <w:r>
              <w:rPr>
                <w:b/>
                <w:sz w:val="32"/>
              </w:rPr>
              <w:t>🪐  MYTH 5</w:t>
            </w:r>
          </w:p>
          <w:p w:rsidR="008537F7" w:rsidRDefault="00000000" w14:paraId="1859965F" w14:textId="77777777">
            <w:r>
              <w:rPr>
                <w:b/>
              </w:rPr>
              <w:t>❓ Saturn is the only planet with rings.</w:t>
            </w:r>
          </w:p>
          <w:p w:rsidR="008537F7" w:rsidP="30BE0337" w:rsidRDefault="00000000" w14:paraId="3FEA872A" w14:textId="4E8864C1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left"/>
            </w:pPr>
            <w:r w:rsidRPr="30BE0337" w:rsidR="352378E4">
              <w:rPr>
                <w:b w:val="1"/>
                <w:bCs w:val="1"/>
              </w:rPr>
              <w:t xml:space="preserve">🔎 Search: </w:t>
            </w:r>
            <w:r w:rsidR="3D2C6516">
              <w:rPr/>
              <w:t>planets with rings</w:t>
            </w:r>
            <w:r w:rsidR="352378E4">
              <w:rPr/>
              <w:t xml:space="preserve"> NASA</w:t>
            </w:r>
          </w:p>
          <w:p w:rsidR="00686A1E" w:rsidP="30BE0337" w:rsidRDefault="00686A1E" w14:paraId="2B18C10D" w14:textId="77777777">
            <w:pPr>
              <w:rPr>
                <w:b w:val="1"/>
                <w:bCs w:val="1"/>
              </w:rPr>
            </w:pPr>
            <w:r w:rsidRPr="30BE0337" w:rsidR="333C549D">
              <w:rPr>
                <w:b w:val="1"/>
                <w:bCs w:val="1"/>
              </w:rPr>
              <w:t>✏️ Copy the answer from the website:</w:t>
            </w:r>
            <w:r>
              <w:br/>
            </w:r>
          </w:p>
          <w:p w:rsidR="30BE0337" w:rsidRDefault="30BE0337" w14:paraId="5190CEF5" w14:textId="45E9FD79"/>
          <w:p w:rsidR="008537F7" w:rsidP="00686A1E" w:rsidRDefault="00686A1E" w14:paraId="135F4DAD" w14:textId="6FB2E2BE">
            <w:r>
              <w:rPr>
                <w:b/>
              </w:rPr>
              <w:t xml:space="preserve">My answer (delete the option you don’t need):  </w:t>
            </w:r>
            <w:r>
              <w:t>☐ TRUE     ☐ MYTH</w:t>
            </w:r>
          </w:p>
        </w:tc>
      </w:tr>
    </w:tbl>
    <w:p w:rsidR="008537F7" w:rsidRDefault="008537F7" w14:paraId="375764CB" w14:textId="77777777"/>
    <w:p w:rsidR="00686A1E" w:rsidRDefault="00686A1E" w14:paraId="537FDDC2" w14:textId="77777777"/>
    <w:p w:rsidR="00686A1E" w:rsidRDefault="00686A1E" w14:paraId="0C2847BF" w14:textId="7777777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8537F7" w:rsidTr="30BE0337" w14:paraId="38D297A9" w14:textId="77777777">
        <w:trPr>
          <w:jc w:val="center"/>
        </w:trPr>
        <w:tc>
          <w:tcPr>
            <w:tcW w:w="10656" w:type="dxa"/>
            <w:shd w:val="clear" w:color="auto" w:fill="EAF4F8"/>
            <w:tcMar/>
          </w:tcPr>
          <w:p w:rsidR="008537F7" w:rsidRDefault="00000000" w14:paraId="2EC289DA" w14:textId="77777777">
            <w:r>
              <w:rPr>
                <w:b/>
                <w:sz w:val="32"/>
              </w:rPr>
              <w:t>🌌  MYTH 6</w:t>
            </w:r>
          </w:p>
          <w:p w:rsidR="008537F7" w:rsidRDefault="00000000" w14:paraId="782F3C52" w14:textId="77777777">
            <w:r>
              <w:rPr>
                <w:b/>
              </w:rPr>
              <w:t>❓ There is no gravity in space.</w:t>
            </w:r>
          </w:p>
          <w:p w:rsidR="008537F7" w:rsidP="30BE0337" w:rsidRDefault="00000000" w14:paraId="472A049C" w14:textId="725BB94B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left"/>
            </w:pPr>
            <w:r w:rsidRPr="30BE0337" w:rsidR="352378E4">
              <w:rPr>
                <w:b w:val="1"/>
                <w:bCs w:val="1"/>
              </w:rPr>
              <w:t xml:space="preserve">🔎 Search: </w:t>
            </w:r>
            <w:r w:rsidR="573B87A8">
              <w:rPr/>
              <w:t>gravity in space</w:t>
            </w:r>
            <w:r w:rsidR="352378E4">
              <w:rPr/>
              <w:t xml:space="preserve"> </w:t>
            </w:r>
            <w:r w:rsidR="627E1330">
              <w:rPr/>
              <w:t>BBC</w:t>
            </w:r>
          </w:p>
          <w:p w:rsidR="00686A1E" w:rsidP="30BE0337" w:rsidRDefault="00686A1E" w14:paraId="60B6A8D4" w14:textId="77777777">
            <w:pPr>
              <w:rPr>
                <w:b w:val="1"/>
                <w:bCs w:val="1"/>
              </w:rPr>
            </w:pPr>
            <w:r w:rsidRPr="30BE0337" w:rsidR="333C549D">
              <w:rPr>
                <w:b w:val="1"/>
                <w:bCs w:val="1"/>
              </w:rPr>
              <w:t>✏️ Copy the answer from the website:</w:t>
            </w:r>
            <w:r>
              <w:br/>
            </w:r>
          </w:p>
          <w:p w:rsidR="30BE0337" w:rsidRDefault="30BE0337" w14:paraId="7B9B4940" w14:textId="2915E2D6"/>
          <w:p w:rsidR="008537F7" w:rsidP="00686A1E" w:rsidRDefault="00686A1E" w14:paraId="14A5D46A" w14:textId="5A77C8B9">
            <w:r>
              <w:rPr>
                <w:b/>
              </w:rPr>
              <w:t xml:space="preserve">My answer (delete the option you don’t need):  </w:t>
            </w:r>
            <w:r>
              <w:t>☐ TRUE     ☐ MYTH</w:t>
            </w:r>
          </w:p>
        </w:tc>
      </w:tr>
    </w:tbl>
    <w:p w:rsidR="008537F7" w:rsidRDefault="008537F7" w14:paraId="02110E3B" w14:textId="77777777"/>
    <w:p w:rsidR="30BE0337" w:rsidRDefault="30BE0337" w14:paraId="224F1695" w14:textId="68A5110B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8537F7" w:rsidTr="30BE0337" w14:paraId="68A8AE75" w14:textId="77777777">
        <w:trPr>
          <w:jc w:val="center"/>
        </w:trPr>
        <w:tc>
          <w:tcPr>
            <w:tcW w:w="10656" w:type="dxa"/>
            <w:shd w:val="clear" w:color="auto" w:fill="EAF4F8"/>
            <w:tcMar/>
          </w:tcPr>
          <w:p w:rsidR="008537F7" w:rsidRDefault="00000000" w14:paraId="635BAD1F" w14:textId="77777777">
            <w:r>
              <w:rPr>
                <w:b/>
                <w:sz w:val="32"/>
              </w:rPr>
              <w:t>🌑  MYTH 7</w:t>
            </w:r>
          </w:p>
          <w:p w:rsidR="008537F7" w:rsidRDefault="00000000" w14:paraId="4F0D673D" w14:textId="77777777">
            <w:r>
              <w:rPr>
                <w:b/>
              </w:rPr>
              <w:t>❓ The far side of the Moon is always dark.</w:t>
            </w:r>
          </w:p>
          <w:p w:rsidR="008537F7" w:rsidP="30BE0337" w:rsidRDefault="00000000" w14:paraId="503E6BFF" w14:textId="4647DE47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left"/>
            </w:pPr>
            <w:r w:rsidRPr="30BE0337" w:rsidR="352378E4">
              <w:rPr>
                <w:b w:val="1"/>
                <w:bCs w:val="1"/>
              </w:rPr>
              <w:t xml:space="preserve">🔎 Search: </w:t>
            </w:r>
            <w:r w:rsidR="26A9A32F">
              <w:rPr/>
              <w:t xml:space="preserve">moon far side dark </w:t>
            </w:r>
            <w:r w:rsidR="352378E4">
              <w:rPr/>
              <w:t>NASA</w:t>
            </w:r>
          </w:p>
          <w:p w:rsidR="00686A1E" w:rsidP="30BE0337" w:rsidRDefault="00686A1E" w14:paraId="321D3187" w14:textId="77777777">
            <w:pPr>
              <w:rPr>
                <w:b w:val="1"/>
                <w:bCs w:val="1"/>
              </w:rPr>
            </w:pPr>
            <w:r w:rsidRPr="30BE0337" w:rsidR="333C549D">
              <w:rPr>
                <w:b w:val="1"/>
                <w:bCs w:val="1"/>
              </w:rPr>
              <w:t>✏️ Copy the answer from the website:</w:t>
            </w:r>
            <w:r>
              <w:br/>
            </w:r>
          </w:p>
          <w:p w:rsidR="30BE0337" w:rsidRDefault="30BE0337" w14:paraId="62DA14A7" w14:textId="44EB0865"/>
          <w:p w:rsidR="008537F7" w:rsidP="00686A1E" w:rsidRDefault="00686A1E" w14:paraId="3859D0B6" w14:textId="2501E747">
            <w:r>
              <w:rPr>
                <w:b/>
              </w:rPr>
              <w:t xml:space="preserve">My answer (delete the option you don’t need):  </w:t>
            </w:r>
            <w:r>
              <w:t>☐ TRUE     ☐ MYTH</w:t>
            </w:r>
          </w:p>
        </w:tc>
      </w:tr>
    </w:tbl>
    <w:p w:rsidR="008537F7" w:rsidRDefault="008537F7" w14:paraId="2A399E44" w14:textId="7777777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8537F7" w:rsidTr="30BE0337" w14:paraId="07CF81D5" w14:textId="77777777">
        <w:trPr>
          <w:jc w:val="center"/>
        </w:trPr>
        <w:tc>
          <w:tcPr>
            <w:tcW w:w="10656" w:type="dxa"/>
            <w:shd w:val="clear" w:color="auto" w:fill="EAF4F8"/>
            <w:tcMar/>
          </w:tcPr>
          <w:p w:rsidR="008537F7" w:rsidRDefault="00000000" w14:paraId="7F794F6C" w14:textId="77777777">
            <w:r>
              <w:rPr>
                <w:b/>
                <w:sz w:val="32"/>
              </w:rPr>
              <w:t>⭐  MYTH 8</w:t>
            </w:r>
          </w:p>
          <w:p w:rsidR="008537F7" w:rsidRDefault="00000000" w14:paraId="6BE8CF54" w14:textId="77777777">
            <w:r>
              <w:rPr>
                <w:b/>
              </w:rPr>
              <w:t>❓ Polaris is the brightest star.</w:t>
            </w:r>
          </w:p>
          <w:p w:rsidR="00686A1E" w:rsidP="00686A1E" w:rsidRDefault="00686A1E" w14:paraId="3D7E8973" w14:textId="68450A2A">
            <w:r w:rsidRPr="30BE0337" w:rsidR="352378E4">
              <w:rPr>
                <w:b w:val="1"/>
                <w:bCs w:val="1"/>
              </w:rPr>
              <w:t xml:space="preserve">🔎 Search: </w:t>
            </w:r>
            <w:r w:rsidR="352378E4">
              <w:rPr/>
              <w:t>Polaris brightest star</w:t>
            </w:r>
          </w:p>
          <w:p w:rsidR="00686A1E" w:rsidP="30BE0337" w:rsidRDefault="00686A1E" w14:paraId="3A6BC39D" w14:textId="77777777">
            <w:pPr>
              <w:rPr>
                <w:b w:val="1"/>
                <w:bCs w:val="1"/>
              </w:rPr>
            </w:pPr>
            <w:r w:rsidRPr="30BE0337" w:rsidR="333C549D">
              <w:rPr>
                <w:b w:val="1"/>
                <w:bCs w:val="1"/>
              </w:rPr>
              <w:t>✏️ Copy the answer from the website:</w:t>
            </w:r>
            <w:r>
              <w:br/>
            </w:r>
          </w:p>
          <w:p w:rsidR="30BE0337" w:rsidRDefault="30BE0337" w14:paraId="3D2CBA54" w14:textId="3EAE247C"/>
          <w:p w:rsidR="30BE0337" w:rsidRDefault="30BE0337" w14:paraId="613B34EC" w14:textId="085F8766"/>
          <w:p w:rsidR="008537F7" w:rsidP="00686A1E" w:rsidRDefault="00686A1E" w14:paraId="46A01EEF" w14:textId="533C38C6">
            <w:r>
              <w:rPr>
                <w:b/>
              </w:rPr>
              <w:t xml:space="preserve">My answer (delete the option you don’t need):  </w:t>
            </w:r>
            <w:r>
              <w:t>☐ TRUE     ☐ MYTH</w:t>
            </w:r>
          </w:p>
        </w:tc>
      </w:tr>
    </w:tbl>
    <w:p w:rsidR="008537F7" w:rsidRDefault="008537F7" w14:paraId="3EB47509" w14:textId="77777777"/>
    <w:p w:rsidR="00686A1E" w:rsidRDefault="00686A1E" w14:paraId="5CC9348F" w14:textId="77777777"/>
    <w:p w:rsidR="00686A1E" w:rsidRDefault="00686A1E" w14:paraId="40752E32" w14:textId="7777777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8537F7" w:rsidTr="30BE0337" w14:paraId="02E47360" w14:textId="77777777">
        <w:trPr>
          <w:jc w:val="center"/>
        </w:trPr>
        <w:tc>
          <w:tcPr>
            <w:tcW w:w="10656" w:type="dxa"/>
            <w:shd w:val="clear" w:color="auto" w:fill="EAF4F8"/>
            <w:tcMar/>
          </w:tcPr>
          <w:p w:rsidR="008537F7" w:rsidRDefault="00000000" w14:paraId="2BFABE00" w14:textId="77777777">
            <w:r>
              <w:rPr>
                <w:b/>
                <w:sz w:val="32"/>
              </w:rPr>
              <w:t>🔇  MYTH 9</w:t>
            </w:r>
          </w:p>
          <w:p w:rsidR="008537F7" w:rsidRDefault="00000000" w14:paraId="4D57D6C6" w14:textId="77777777">
            <w:r>
              <w:rPr>
                <w:b/>
              </w:rPr>
              <w:t>❓ Sound can travel through space.</w:t>
            </w:r>
          </w:p>
          <w:p w:rsidR="008537F7" w:rsidRDefault="00000000" w14:paraId="3DD73C6D" w14:textId="5061BC02">
            <w:r w:rsidRPr="30BE0337" w:rsidR="352378E4">
              <w:rPr>
                <w:b w:val="1"/>
                <w:bCs w:val="1"/>
              </w:rPr>
              <w:t xml:space="preserve">🔎 Search: </w:t>
            </w:r>
            <w:r w:rsidR="5376249B">
              <w:rPr>
                <w:b w:val="0"/>
                <w:bCs w:val="0"/>
              </w:rPr>
              <w:t>S</w:t>
            </w:r>
            <w:r w:rsidR="352378E4">
              <w:rPr/>
              <w:t>ound travel in space NASA</w:t>
            </w:r>
          </w:p>
          <w:p w:rsidR="00686A1E" w:rsidP="30BE0337" w:rsidRDefault="00686A1E" w14:paraId="37351569" w14:textId="77777777">
            <w:pPr>
              <w:rPr>
                <w:b w:val="1"/>
                <w:bCs w:val="1"/>
              </w:rPr>
            </w:pPr>
            <w:r w:rsidRPr="30BE0337" w:rsidR="333C549D">
              <w:rPr>
                <w:b w:val="1"/>
                <w:bCs w:val="1"/>
              </w:rPr>
              <w:t>✏️ Copy the answer from the website:</w:t>
            </w:r>
            <w:r>
              <w:br/>
            </w:r>
          </w:p>
          <w:p w:rsidR="30BE0337" w:rsidRDefault="30BE0337" w14:paraId="66C91666" w14:textId="0AA03C11"/>
          <w:p w:rsidR="30BE0337" w:rsidRDefault="30BE0337" w14:paraId="2759D585" w14:textId="7353E066"/>
          <w:p w:rsidR="008537F7" w:rsidP="00686A1E" w:rsidRDefault="00686A1E" w14:paraId="0C7BC295" w14:textId="0A832501">
            <w:r>
              <w:rPr>
                <w:b/>
              </w:rPr>
              <w:t xml:space="preserve">My answer (delete the option you don’t need):  </w:t>
            </w:r>
            <w:r>
              <w:t>☐ TRUE     ☐ MYTH</w:t>
            </w:r>
          </w:p>
        </w:tc>
      </w:tr>
    </w:tbl>
    <w:p w:rsidR="008537F7" w:rsidRDefault="008537F7" w14:paraId="112AD88D" w14:textId="7777777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8537F7" w:rsidTr="30BE0337" w14:paraId="41B394DA" w14:textId="77777777">
        <w:trPr>
          <w:jc w:val="center"/>
        </w:trPr>
        <w:tc>
          <w:tcPr>
            <w:tcW w:w="10656" w:type="dxa"/>
            <w:shd w:val="clear" w:color="auto" w:fill="EAF4F8"/>
            <w:tcMar/>
          </w:tcPr>
          <w:p w:rsidR="008537F7" w:rsidRDefault="00000000" w14:paraId="33C243AA" w14:textId="77777777">
            <w:r>
              <w:rPr>
                <w:b/>
                <w:sz w:val="32"/>
              </w:rPr>
              <w:t>👨‍🚀  MYTH 10</w:t>
            </w:r>
          </w:p>
          <w:p w:rsidR="008537F7" w:rsidRDefault="00000000" w14:paraId="3EAA9B4B" w14:textId="77777777">
            <w:r>
              <w:rPr>
                <w:b/>
              </w:rPr>
              <w:t>❓ Astronauts float because there is no gravity.</w:t>
            </w:r>
          </w:p>
          <w:p w:rsidR="00686A1E" w:rsidP="00686A1E" w:rsidRDefault="00686A1E" w14:paraId="06737EFA" w14:textId="58212147">
            <w:r w:rsidRPr="30BE0337" w:rsidR="352378E4">
              <w:rPr>
                <w:b w:val="1"/>
                <w:bCs w:val="1"/>
              </w:rPr>
              <w:t xml:space="preserve">🔎 Search: </w:t>
            </w:r>
            <w:r w:rsidR="352378E4">
              <w:rPr/>
              <w:t>Why do astronauts float? NASA</w:t>
            </w:r>
          </w:p>
          <w:p w:rsidR="00686A1E" w:rsidP="30BE0337" w:rsidRDefault="00686A1E" w14:paraId="17DAFDDC" w14:textId="77777777">
            <w:pPr>
              <w:rPr>
                <w:b w:val="1"/>
                <w:bCs w:val="1"/>
              </w:rPr>
            </w:pPr>
            <w:r w:rsidRPr="30BE0337" w:rsidR="333C549D">
              <w:rPr>
                <w:b w:val="1"/>
                <w:bCs w:val="1"/>
              </w:rPr>
              <w:t>✏️ Copy the answer from the website:</w:t>
            </w:r>
            <w:r>
              <w:br/>
            </w:r>
          </w:p>
          <w:p w:rsidR="30BE0337" w:rsidRDefault="30BE0337" w14:paraId="32DB4840" w14:textId="32B563C2"/>
          <w:p w:rsidR="30BE0337" w:rsidRDefault="30BE0337" w14:paraId="6B22E00B" w14:textId="4D5E99FA"/>
          <w:p w:rsidR="008537F7" w:rsidP="00686A1E" w:rsidRDefault="00686A1E" w14:paraId="02EC638C" w14:textId="4749ADE0">
            <w:r>
              <w:rPr>
                <w:b/>
              </w:rPr>
              <w:t xml:space="preserve">My answer (delete the option you don’t need):  </w:t>
            </w:r>
            <w:r>
              <w:t>☐ TRUE     ☐ MYTH</w:t>
            </w:r>
          </w:p>
        </w:tc>
      </w:tr>
    </w:tbl>
    <w:p w:rsidR="008537F7" w:rsidRDefault="008537F7" w14:paraId="2162425F" w14:textId="77777777"/>
    <w:p w:rsidR="008537F7" w:rsidRDefault="00000000" w14:paraId="5198F274" w14:textId="77777777">
      <w:r>
        <w:br w:type="page"/>
      </w:r>
    </w:p>
    <w:p w:rsidR="008537F7" w:rsidRDefault="00000000" w14:paraId="739A31F7" w14:textId="77777777">
      <w:pPr>
        <w:jc w:val="center"/>
      </w:pPr>
      <w:r>
        <w:rPr>
          <w:b/>
          <w:sz w:val="40"/>
        </w:rPr>
        <w:t>🏆 MY SPACE MYTH</w:t>
      </w:r>
    </w:p>
    <w:p w:rsidR="008537F7" w:rsidRDefault="00000000" w14:paraId="7D7BCB29" w14:textId="77777777">
      <w:pPr>
        <w:jc w:val="center"/>
      </w:pPr>
      <w:r>
        <w:rPr>
          <w:b/>
        </w:rPr>
        <w:t>Find one more space myth!</w:t>
      </w:r>
    </w:p>
    <w:p w:rsidR="008537F7" w:rsidRDefault="00000000" w14:paraId="112DDC9B" w14:textId="77777777">
      <w:r>
        <w:rPr>
          <w:b/>
        </w:rPr>
        <w:t>❓ My myth:</w:t>
      </w:r>
      <w:r>
        <w:br/>
      </w:r>
      <w:r>
        <w:t>_______________________________</w:t>
      </w:r>
    </w:p>
    <w:p w:rsidR="008537F7" w:rsidRDefault="00000000" w14:paraId="2774F1C3" w14:textId="77777777">
      <w:r>
        <w:rPr>
          <w:b/>
        </w:rPr>
        <w:t>🔎 I searched:</w:t>
      </w:r>
      <w:r>
        <w:br/>
      </w:r>
      <w:r>
        <w:t>_______________________________</w:t>
      </w:r>
    </w:p>
    <w:p w:rsidR="008537F7" w:rsidRDefault="00000000" w14:paraId="4C6B9C4F" w14:textId="77777777">
      <w:r>
        <w:rPr>
          <w:b/>
        </w:rPr>
        <w:t>✏️ The answer is:</w:t>
      </w:r>
      <w:r>
        <w:br/>
      </w:r>
      <w:r>
        <w:t>_______________________________</w:t>
      </w:r>
    </w:p>
    <w:p w:rsidR="008537F7" w:rsidRDefault="00000000" w14:paraId="57584DB4" w14:textId="77777777">
      <w:r>
        <w:rPr>
          <w:b/>
        </w:rPr>
        <w:t>🌐 Website:</w:t>
      </w:r>
      <w:r>
        <w:br/>
      </w:r>
      <w:r>
        <w:t>_______________________________</w:t>
      </w:r>
    </w:p>
    <w:p w:rsidR="008537F7" w:rsidRDefault="00000000" w14:paraId="71A9C569" w14:textId="77777777">
      <w:pPr>
        <w:jc w:val="center"/>
      </w:pPr>
      <w:r>
        <w:rPr>
          <w:b/>
        </w:rPr>
        <w:t>⭐ SPACE DETECTIVE ⭐</w:t>
      </w:r>
    </w:p>
    <w:sectPr w:rsidR="008537F7" w:rsidSect="00034616">
      <w:pgSz w:w="12240" w:h="15840" w:orient="portrait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450322588">
    <w:abstractNumId w:val="8"/>
  </w:num>
  <w:num w:numId="2" w16cid:durableId="1274434818">
    <w:abstractNumId w:val="6"/>
  </w:num>
  <w:num w:numId="3" w16cid:durableId="1488790653">
    <w:abstractNumId w:val="5"/>
  </w:num>
  <w:num w:numId="4" w16cid:durableId="1055398234">
    <w:abstractNumId w:val="4"/>
  </w:num>
  <w:num w:numId="5" w16cid:durableId="60950576">
    <w:abstractNumId w:val="7"/>
  </w:num>
  <w:num w:numId="6" w16cid:durableId="886994537">
    <w:abstractNumId w:val="3"/>
  </w:num>
  <w:num w:numId="7" w16cid:durableId="1412191215">
    <w:abstractNumId w:val="2"/>
  </w:num>
  <w:num w:numId="8" w16cid:durableId="475076001">
    <w:abstractNumId w:val="1"/>
  </w:num>
  <w:num w:numId="9" w16cid:durableId="113633568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000"/>
    <w:rsid w:val="00034616"/>
    <w:rsid w:val="0006063C"/>
    <w:rsid w:val="0015074B"/>
    <w:rsid w:val="0029639D"/>
    <w:rsid w:val="00326F90"/>
    <w:rsid w:val="00686A1E"/>
    <w:rsid w:val="008537F7"/>
    <w:rsid w:val="00AA1D8D"/>
    <w:rsid w:val="00B47730"/>
    <w:rsid w:val="00CB0664"/>
    <w:rsid w:val="00CD418F"/>
    <w:rsid w:val="00FC693F"/>
    <w:rsid w:val="10101CE5"/>
    <w:rsid w:val="11AAAA0B"/>
    <w:rsid w:val="169370B9"/>
    <w:rsid w:val="17713C28"/>
    <w:rsid w:val="21C9E106"/>
    <w:rsid w:val="22BEB38D"/>
    <w:rsid w:val="26A9A32F"/>
    <w:rsid w:val="30BE0337"/>
    <w:rsid w:val="3268A1D8"/>
    <w:rsid w:val="333C549D"/>
    <w:rsid w:val="352378E4"/>
    <w:rsid w:val="3C626162"/>
    <w:rsid w:val="3D2C6516"/>
    <w:rsid w:val="41BC7E8C"/>
    <w:rsid w:val="44F3C6B2"/>
    <w:rsid w:val="478F8120"/>
    <w:rsid w:val="53055E71"/>
    <w:rsid w:val="5376249B"/>
    <w:rsid w:val="573B87A8"/>
    <w:rsid w:val="62153556"/>
    <w:rsid w:val="627E1330"/>
    <w:rsid w:val="63405D02"/>
    <w:rsid w:val="6A953635"/>
    <w:rsid w:val="70F956CB"/>
    <w:rsid w:val="7595071B"/>
    <w:rsid w:val="7CC39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3F7353"/>
  <w14:defaultImageDpi w14:val="300"/>
  <w15:docId w15:val="{C04E9D56-17DC-4325-B362-0CB4D2DBF1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Hayley Stapleton (HJS)</lastModifiedBy>
  <revision>3</revision>
  <dcterms:created xsi:type="dcterms:W3CDTF">2026-09-29T19:26:00.0000000Z</dcterms:created>
  <dcterms:modified xsi:type="dcterms:W3CDTF">2026-09-30T10:36:45.5202330Z</dcterms:modified>
  <category/>
</coreProperties>
</file>