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DF90E" w14:textId="77777777" w:rsidR="00412B71" w:rsidRDefault="00000000">
      <w:pPr>
        <w:jc w:val="center"/>
      </w:pPr>
      <w:r>
        <w:rPr>
          <w:b/>
          <w:sz w:val="50"/>
        </w:rPr>
        <w:t>🏛️ ROMAN FACT OR FICTION?</w:t>
      </w:r>
    </w:p>
    <w:p w14:paraId="0CD854BF" w14:textId="77777777" w:rsidR="00412B71" w:rsidRDefault="00000000">
      <w:pPr>
        <w:jc w:val="center"/>
      </w:pPr>
      <w:r>
        <w:rPr>
          <w:b/>
          <w:sz w:val="30"/>
        </w:rPr>
        <w:t>Year 4 Search Detective Challenge</w:t>
      </w:r>
    </w:p>
    <w:p w14:paraId="3A1A23B9" w14:textId="77777777" w:rsidR="00412B71" w:rsidRPr="00004607" w:rsidRDefault="00000000">
      <w:pPr>
        <w:rPr>
          <w:sz w:val="24"/>
          <w:szCs w:val="28"/>
        </w:rPr>
      </w:pPr>
      <w:r w:rsidRPr="00004607">
        <w:rPr>
          <w:b/>
          <w:sz w:val="36"/>
          <w:szCs w:val="28"/>
        </w:rPr>
        <w:t>Your mission</w:t>
      </w:r>
    </w:p>
    <w:p w14:paraId="17D94F5E" w14:textId="77777777" w:rsidR="00412B71" w:rsidRPr="00004607" w:rsidRDefault="00000000">
      <w:pPr>
        <w:rPr>
          <w:sz w:val="24"/>
          <w:szCs w:val="28"/>
        </w:rPr>
      </w:pPr>
      <w:r w:rsidRPr="00004607">
        <w:rPr>
          <w:sz w:val="24"/>
          <w:szCs w:val="28"/>
        </w:rPr>
        <w:t>Some of the statements below are FACT and some are FICTION. Use a search engine to investigate each one. Do not just guess — find evidence!</w:t>
      </w:r>
    </w:p>
    <w:p w14:paraId="06C696DA" w14:textId="77777777" w:rsidR="00412B71" w:rsidRPr="00004607" w:rsidRDefault="00000000">
      <w:pPr>
        <w:rPr>
          <w:sz w:val="24"/>
          <w:szCs w:val="28"/>
        </w:rPr>
      </w:pPr>
      <w:r w:rsidRPr="00004607">
        <w:rPr>
          <w:b/>
          <w:sz w:val="36"/>
          <w:szCs w:val="28"/>
        </w:rPr>
        <w:t>🔎 Search Detective Tips</w:t>
      </w:r>
    </w:p>
    <w:p w14:paraId="0B95EA89" w14:textId="77777777" w:rsidR="00412B71" w:rsidRPr="00004607" w:rsidRDefault="00000000">
      <w:pPr>
        <w:pStyle w:val="ListBullet"/>
        <w:rPr>
          <w:sz w:val="24"/>
          <w:szCs w:val="28"/>
        </w:rPr>
      </w:pPr>
      <w:r w:rsidRPr="00004607">
        <w:rPr>
          <w:sz w:val="24"/>
          <w:szCs w:val="28"/>
        </w:rPr>
        <w:t>Think of useful search words before you search.</w:t>
      </w:r>
    </w:p>
    <w:p w14:paraId="11534C3C" w14:textId="77777777" w:rsidR="00412B71" w:rsidRPr="00004607" w:rsidRDefault="00000000">
      <w:pPr>
        <w:pStyle w:val="ListBullet"/>
        <w:rPr>
          <w:sz w:val="24"/>
          <w:szCs w:val="28"/>
        </w:rPr>
      </w:pPr>
      <w:r w:rsidRPr="00004607">
        <w:rPr>
          <w:sz w:val="24"/>
          <w:szCs w:val="28"/>
        </w:rPr>
        <w:t>Try changing your search words if you cannot find an answer.</w:t>
      </w:r>
    </w:p>
    <w:p w14:paraId="43A051B2" w14:textId="77777777" w:rsidR="00412B71" w:rsidRPr="00004607" w:rsidRDefault="00000000">
      <w:pPr>
        <w:pStyle w:val="ListBullet"/>
        <w:rPr>
          <w:sz w:val="24"/>
          <w:szCs w:val="28"/>
        </w:rPr>
      </w:pPr>
      <w:r w:rsidRPr="00004607">
        <w:rPr>
          <w:sz w:val="24"/>
          <w:szCs w:val="28"/>
        </w:rPr>
        <w:t>Look carefully at the information in the results — do not rely only on the title.</w:t>
      </w:r>
    </w:p>
    <w:p w14:paraId="786AE078" w14:textId="77777777" w:rsidR="00412B71" w:rsidRPr="00004607" w:rsidRDefault="00000000">
      <w:pPr>
        <w:pStyle w:val="ListBullet"/>
        <w:rPr>
          <w:sz w:val="24"/>
          <w:szCs w:val="28"/>
        </w:rPr>
      </w:pPr>
      <w:r w:rsidRPr="00004607">
        <w:rPr>
          <w:sz w:val="24"/>
          <w:szCs w:val="28"/>
        </w:rPr>
        <w:t>Use trustworthy sources such as museums, libraries, universities or educational websites.</w:t>
      </w:r>
    </w:p>
    <w:p w14:paraId="37324E62" w14:textId="77777777" w:rsidR="00412B71" w:rsidRPr="00004607" w:rsidRDefault="00000000">
      <w:pPr>
        <w:pStyle w:val="ListBullet"/>
        <w:rPr>
          <w:sz w:val="24"/>
          <w:szCs w:val="28"/>
        </w:rPr>
      </w:pPr>
      <w:r w:rsidRPr="00004607">
        <w:rPr>
          <w:sz w:val="24"/>
          <w:szCs w:val="28"/>
        </w:rPr>
        <w:t>Ask yourself: Does this website actually prove the statement?</w:t>
      </w:r>
    </w:p>
    <w:p w14:paraId="1FF5E9EF" w14:textId="77777777" w:rsidR="00412B71" w:rsidRPr="00004607" w:rsidRDefault="00000000">
      <w:pPr>
        <w:pStyle w:val="ListBullet"/>
        <w:rPr>
          <w:sz w:val="24"/>
          <w:szCs w:val="28"/>
        </w:rPr>
      </w:pPr>
      <w:r w:rsidRPr="00004607">
        <w:rPr>
          <w:sz w:val="24"/>
          <w:szCs w:val="28"/>
        </w:rPr>
        <w:t>Remember: not finding something straight away does not automatically prove it is false.</w:t>
      </w:r>
    </w:p>
    <w:p w14:paraId="381C319E" w14:textId="77777777" w:rsidR="00412B71" w:rsidRPr="00004607" w:rsidRDefault="00000000">
      <w:pPr>
        <w:rPr>
          <w:sz w:val="24"/>
          <w:szCs w:val="28"/>
        </w:rPr>
      </w:pPr>
      <w:r w:rsidRPr="00004607">
        <w:rPr>
          <w:sz w:val="24"/>
          <w:szCs w:val="28"/>
        </w:rPr>
        <w:br w:type="page"/>
      </w:r>
    </w:p>
    <w:p w14:paraId="2CA8524A" w14:textId="77777777" w:rsidR="00412B71" w:rsidRDefault="00000000">
      <w:r>
        <w:rPr>
          <w:b/>
          <w:sz w:val="36"/>
        </w:rPr>
        <w:lastRenderedPageBreak/>
        <w:t>🕵️ CASE FILE 1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412B71" w14:paraId="038BF89D" w14:textId="77777777">
        <w:trPr>
          <w:jc w:val="center"/>
        </w:trPr>
        <w:tc>
          <w:tcPr>
            <w:tcW w:w="10368" w:type="dxa"/>
            <w:shd w:val="clear" w:color="auto" w:fill="EAF2F8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069BD32" w14:textId="77777777" w:rsidR="00412B71" w:rsidRDefault="00000000">
            <w:pPr>
              <w:jc w:val="center"/>
            </w:pPr>
            <w:r>
              <w:rPr>
                <w:b/>
                <w:sz w:val="26"/>
              </w:rPr>
              <w:t>The Romans built a wall across northern Britain to help protect the Roman Empire.</w:t>
            </w:r>
          </w:p>
        </w:tc>
      </w:tr>
    </w:tbl>
    <w:p w14:paraId="2BCD6385" w14:textId="5AA92468" w:rsidR="00412B71" w:rsidRDefault="00004607">
      <w:pPr>
        <w:jc w:val="center"/>
      </w:pPr>
      <w:r>
        <w:rPr>
          <w:b/>
          <w:sz w:val="26"/>
        </w:rPr>
        <w:t xml:space="preserve">Delete the one you don’t need: </w:t>
      </w:r>
      <w:r w:rsidR="00000000">
        <w:rPr>
          <w:b/>
          <w:sz w:val="26"/>
        </w:rPr>
        <w:t>☐ FACT        ☐ FICTION</w:t>
      </w:r>
    </w:p>
    <w:p w14:paraId="016FBFE9" w14:textId="77777777" w:rsidR="00412B71" w:rsidRDefault="00000000">
      <w:r>
        <w:rPr>
          <w:b/>
        </w:rPr>
        <w:t>🔍 My search words: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412B71" w14:paraId="39A664E0" w14:textId="77777777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721F1E9" w14:textId="73858CA4" w:rsidR="00004607" w:rsidRDefault="00000000" w:rsidP="00004607">
            <w:pPr>
              <w:spacing w:after="40"/>
            </w:pPr>
            <w:r>
              <w:t xml:space="preserve">     </w:t>
            </w:r>
          </w:p>
          <w:p w14:paraId="2C4A4E30" w14:textId="25E69C63" w:rsidR="00412B71" w:rsidRDefault="00412B71">
            <w:pPr>
              <w:spacing w:after="40"/>
            </w:pPr>
          </w:p>
        </w:tc>
      </w:tr>
    </w:tbl>
    <w:p w14:paraId="3F78AC42" w14:textId="77777777" w:rsidR="00412B71" w:rsidRDefault="00412B71">
      <w:pPr>
        <w:spacing w:after="20"/>
      </w:pPr>
    </w:p>
    <w:p w14:paraId="13753360" w14:textId="77777777" w:rsidR="00412B71" w:rsidRDefault="00000000">
      <w:r>
        <w:rPr>
          <w:b/>
        </w:rPr>
        <w:t>💡 What did I discover?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412B71" w14:paraId="2DE33F98" w14:textId="77777777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42B33F" w14:textId="65715BC6" w:rsidR="00412B71" w:rsidRDefault="00412B71">
            <w:pPr>
              <w:spacing w:after="40"/>
            </w:pPr>
          </w:p>
        </w:tc>
      </w:tr>
    </w:tbl>
    <w:p w14:paraId="020B7D8B" w14:textId="77777777" w:rsidR="00412B71" w:rsidRDefault="00412B71">
      <w:pPr>
        <w:spacing w:after="20"/>
      </w:pPr>
    </w:p>
    <w:p w14:paraId="0DDBF060" w14:textId="77777777" w:rsidR="00412B71" w:rsidRDefault="00000000">
      <w:r>
        <w:rPr>
          <w:b/>
        </w:rPr>
        <w:t>🧾 Evidence that proves my answer: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412B71" w14:paraId="6BE27A76" w14:textId="77777777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2066F24" w14:textId="48DA9FDC" w:rsidR="00412B71" w:rsidRDefault="00412B71">
            <w:pPr>
              <w:spacing w:after="40"/>
            </w:pPr>
          </w:p>
        </w:tc>
      </w:tr>
    </w:tbl>
    <w:p w14:paraId="6A80FE85" w14:textId="77777777" w:rsidR="00412B71" w:rsidRDefault="00412B71">
      <w:pPr>
        <w:spacing w:after="20"/>
      </w:pPr>
    </w:p>
    <w:p w14:paraId="71B125AE" w14:textId="77777777" w:rsidR="00412B71" w:rsidRDefault="00000000">
      <w:r>
        <w:rPr>
          <w:b/>
        </w:rPr>
        <w:t>🌐 Website / source I used: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412B71" w14:paraId="7844220C" w14:textId="77777777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3FF7D99" w14:textId="49296975" w:rsidR="00004607" w:rsidRDefault="00000000" w:rsidP="00004607">
            <w:pPr>
              <w:spacing w:after="40"/>
            </w:pPr>
            <w:r>
              <w:t xml:space="preserve">     </w:t>
            </w:r>
          </w:p>
          <w:p w14:paraId="6B8213F2" w14:textId="0633881A" w:rsidR="00412B71" w:rsidRDefault="00412B71">
            <w:pPr>
              <w:spacing w:after="40"/>
            </w:pPr>
          </w:p>
        </w:tc>
      </w:tr>
    </w:tbl>
    <w:p w14:paraId="68DB1F5E" w14:textId="77777777" w:rsidR="00412B71" w:rsidRDefault="00412B71">
      <w:pPr>
        <w:spacing w:after="20"/>
      </w:pPr>
    </w:p>
    <w:p w14:paraId="394F407A" w14:textId="77777777" w:rsidR="00412B71" w:rsidRDefault="00000000">
      <w:r>
        <w:br w:type="page"/>
      </w:r>
    </w:p>
    <w:p w14:paraId="30694E4E" w14:textId="77777777" w:rsidR="00412B71" w:rsidRDefault="00000000">
      <w:r>
        <w:rPr>
          <w:b/>
          <w:sz w:val="36"/>
        </w:rPr>
        <w:lastRenderedPageBreak/>
        <w:t>🕵️ CASE FILE 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412B71" w14:paraId="08BE470B" w14:textId="77777777">
        <w:trPr>
          <w:jc w:val="center"/>
        </w:trPr>
        <w:tc>
          <w:tcPr>
            <w:tcW w:w="10368" w:type="dxa"/>
            <w:shd w:val="clear" w:color="auto" w:fill="EAF2F8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2EDD2D6" w14:textId="77777777" w:rsidR="00412B71" w:rsidRDefault="00000000">
            <w:pPr>
              <w:jc w:val="center"/>
            </w:pPr>
            <w:r>
              <w:rPr>
                <w:b/>
                <w:sz w:val="26"/>
              </w:rPr>
              <w:t>Roman soldiers were paid partly with chocolate because Roman armies used chocolate as an energy food.</w:t>
            </w:r>
          </w:p>
        </w:tc>
      </w:tr>
    </w:tbl>
    <w:p w14:paraId="40A4D15B" w14:textId="77777777" w:rsidR="00004607" w:rsidRDefault="00004607" w:rsidP="00004607">
      <w:pPr>
        <w:jc w:val="center"/>
      </w:pPr>
      <w:r>
        <w:rPr>
          <w:b/>
          <w:sz w:val="26"/>
        </w:rPr>
        <w:t>Delete the one you don’t need: ☐ FACT        ☐ FICTION</w:t>
      </w:r>
    </w:p>
    <w:p w14:paraId="0E005B37" w14:textId="77777777" w:rsidR="00004607" w:rsidRDefault="00004607" w:rsidP="00004607">
      <w:r>
        <w:rPr>
          <w:b/>
        </w:rPr>
        <w:t>🔍 My search words: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004607" w14:paraId="790F9559" w14:textId="77777777" w:rsidTr="00BE52FC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EB80793" w14:textId="77777777" w:rsidR="00004607" w:rsidRDefault="00004607" w:rsidP="00BE52FC">
            <w:pPr>
              <w:spacing w:after="40"/>
            </w:pPr>
            <w:r>
              <w:t xml:space="preserve">     </w:t>
            </w:r>
          </w:p>
          <w:p w14:paraId="35076DE4" w14:textId="77777777" w:rsidR="00004607" w:rsidRDefault="00004607" w:rsidP="00BE52FC">
            <w:pPr>
              <w:spacing w:after="40"/>
            </w:pPr>
          </w:p>
        </w:tc>
      </w:tr>
    </w:tbl>
    <w:p w14:paraId="65E16925" w14:textId="77777777" w:rsidR="00004607" w:rsidRDefault="00004607" w:rsidP="00004607">
      <w:pPr>
        <w:spacing w:after="20"/>
      </w:pPr>
    </w:p>
    <w:p w14:paraId="138BAD5A" w14:textId="77777777" w:rsidR="00004607" w:rsidRDefault="00004607" w:rsidP="00004607">
      <w:r>
        <w:rPr>
          <w:b/>
        </w:rPr>
        <w:t>💡 What did I discover?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004607" w14:paraId="5FECDC3C" w14:textId="77777777" w:rsidTr="00BE52FC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86014D" w14:textId="77777777" w:rsidR="00004607" w:rsidRDefault="00004607" w:rsidP="00BE52FC">
            <w:pPr>
              <w:spacing w:after="40"/>
            </w:pPr>
          </w:p>
        </w:tc>
      </w:tr>
    </w:tbl>
    <w:p w14:paraId="1CC9CDFA" w14:textId="77777777" w:rsidR="00004607" w:rsidRDefault="00004607" w:rsidP="00004607">
      <w:pPr>
        <w:spacing w:after="20"/>
      </w:pPr>
    </w:p>
    <w:p w14:paraId="04EFC40B" w14:textId="77777777" w:rsidR="00004607" w:rsidRDefault="00004607" w:rsidP="00004607">
      <w:r>
        <w:rPr>
          <w:b/>
        </w:rPr>
        <w:t>🧾 Evidence that proves my answer: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004607" w14:paraId="3171A1C4" w14:textId="77777777" w:rsidTr="00BE52FC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D4093C3" w14:textId="77777777" w:rsidR="00004607" w:rsidRDefault="00004607" w:rsidP="00BE52FC">
            <w:pPr>
              <w:spacing w:after="40"/>
            </w:pPr>
          </w:p>
        </w:tc>
      </w:tr>
    </w:tbl>
    <w:p w14:paraId="6F57B4D7" w14:textId="77777777" w:rsidR="00004607" w:rsidRDefault="00004607" w:rsidP="00004607">
      <w:pPr>
        <w:spacing w:after="20"/>
      </w:pPr>
    </w:p>
    <w:p w14:paraId="12C197BE" w14:textId="77777777" w:rsidR="00004607" w:rsidRDefault="00004607" w:rsidP="00004607">
      <w:r>
        <w:rPr>
          <w:b/>
        </w:rPr>
        <w:t>🌐 Website / source I used: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004607" w14:paraId="128DB88F" w14:textId="77777777" w:rsidTr="00BE52FC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7E6FC69" w14:textId="77777777" w:rsidR="00004607" w:rsidRDefault="00004607" w:rsidP="00BE52FC">
            <w:pPr>
              <w:spacing w:after="40"/>
            </w:pPr>
            <w:r>
              <w:t xml:space="preserve">     </w:t>
            </w:r>
          </w:p>
          <w:p w14:paraId="636E1E4F" w14:textId="77777777" w:rsidR="00004607" w:rsidRDefault="00004607" w:rsidP="00BE52FC">
            <w:pPr>
              <w:spacing w:after="40"/>
            </w:pPr>
          </w:p>
        </w:tc>
      </w:tr>
    </w:tbl>
    <w:p w14:paraId="61EE0317" w14:textId="77777777" w:rsidR="00004607" w:rsidRDefault="00004607" w:rsidP="00004607">
      <w:pPr>
        <w:spacing w:after="20"/>
      </w:pPr>
    </w:p>
    <w:p w14:paraId="02F96B97" w14:textId="77777777" w:rsidR="00004607" w:rsidRDefault="00004607" w:rsidP="00004607">
      <w:r>
        <w:br w:type="page"/>
      </w:r>
    </w:p>
    <w:p w14:paraId="00AC68E9" w14:textId="77777777" w:rsidR="00412B71" w:rsidRDefault="00000000">
      <w:r>
        <w:rPr>
          <w:b/>
          <w:sz w:val="36"/>
        </w:rPr>
        <w:lastRenderedPageBreak/>
        <w:t>🕵️ CASE FILE 3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412B71" w14:paraId="74C3C742" w14:textId="77777777">
        <w:trPr>
          <w:jc w:val="center"/>
        </w:trPr>
        <w:tc>
          <w:tcPr>
            <w:tcW w:w="10368" w:type="dxa"/>
            <w:shd w:val="clear" w:color="auto" w:fill="EAF2F8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14164C5" w14:textId="77777777" w:rsidR="00412B71" w:rsidRDefault="00000000">
            <w:pPr>
              <w:jc w:val="center"/>
            </w:pPr>
            <w:r>
              <w:rPr>
                <w:b/>
                <w:sz w:val="26"/>
              </w:rPr>
              <w:t>The Romans built public baths in Britain where people could wash, relax and socialise.</w:t>
            </w:r>
          </w:p>
        </w:tc>
      </w:tr>
    </w:tbl>
    <w:p w14:paraId="35A1385A" w14:textId="77777777" w:rsidR="00004607" w:rsidRDefault="00004607" w:rsidP="00004607">
      <w:pPr>
        <w:jc w:val="center"/>
      </w:pPr>
      <w:r>
        <w:rPr>
          <w:b/>
          <w:sz w:val="26"/>
        </w:rPr>
        <w:t>Delete the one you don’t need: ☐ FACT        ☐ FICTION</w:t>
      </w:r>
    </w:p>
    <w:p w14:paraId="04FBACE4" w14:textId="77777777" w:rsidR="00004607" w:rsidRDefault="00004607" w:rsidP="00004607">
      <w:r>
        <w:rPr>
          <w:b/>
        </w:rPr>
        <w:t>🔍 My search words: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004607" w14:paraId="4C3FC440" w14:textId="77777777" w:rsidTr="00BE52FC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624694A" w14:textId="77777777" w:rsidR="00004607" w:rsidRDefault="00004607" w:rsidP="00BE52FC">
            <w:pPr>
              <w:spacing w:after="40"/>
            </w:pPr>
            <w:r>
              <w:t xml:space="preserve">     </w:t>
            </w:r>
          </w:p>
          <w:p w14:paraId="7DE81A24" w14:textId="77777777" w:rsidR="00004607" w:rsidRDefault="00004607" w:rsidP="00BE52FC">
            <w:pPr>
              <w:spacing w:after="40"/>
            </w:pPr>
          </w:p>
        </w:tc>
      </w:tr>
    </w:tbl>
    <w:p w14:paraId="455897C0" w14:textId="77777777" w:rsidR="00004607" w:rsidRDefault="00004607" w:rsidP="00004607">
      <w:pPr>
        <w:spacing w:after="20"/>
      </w:pPr>
    </w:p>
    <w:p w14:paraId="72C28C0B" w14:textId="77777777" w:rsidR="00004607" w:rsidRDefault="00004607" w:rsidP="00004607">
      <w:r>
        <w:rPr>
          <w:b/>
        </w:rPr>
        <w:t>💡 What did I discover?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004607" w14:paraId="4CC7A908" w14:textId="77777777" w:rsidTr="00BE52FC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C838665" w14:textId="77777777" w:rsidR="00004607" w:rsidRDefault="00004607" w:rsidP="00BE52FC">
            <w:pPr>
              <w:spacing w:after="40"/>
            </w:pPr>
          </w:p>
        </w:tc>
      </w:tr>
    </w:tbl>
    <w:p w14:paraId="22AC77AB" w14:textId="77777777" w:rsidR="00004607" w:rsidRDefault="00004607" w:rsidP="00004607">
      <w:pPr>
        <w:spacing w:after="20"/>
      </w:pPr>
    </w:p>
    <w:p w14:paraId="4D7793D7" w14:textId="77777777" w:rsidR="00004607" w:rsidRDefault="00004607" w:rsidP="00004607">
      <w:r>
        <w:rPr>
          <w:b/>
        </w:rPr>
        <w:t>🧾 Evidence that proves my answer: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004607" w14:paraId="75626C59" w14:textId="77777777" w:rsidTr="00BE52FC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F6F8C33" w14:textId="77777777" w:rsidR="00004607" w:rsidRDefault="00004607" w:rsidP="00BE52FC">
            <w:pPr>
              <w:spacing w:after="40"/>
            </w:pPr>
          </w:p>
        </w:tc>
      </w:tr>
    </w:tbl>
    <w:p w14:paraId="5BE37ADB" w14:textId="77777777" w:rsidR="00004607" w:rsidRDefault="00004607" w:rsidP="00004607">
      <w:pPr>
        <w:spacing w:after="20"/>
      </w:pPr>
    </w:p>
    <w:p w14:paraId="40ED0C62" w14:textId="77777777" w:rsidR="00004607" w:rsidRDefault="00004607" w:rsidP="00004607">
      <w:r>
        <w:rPr>
          <w:b/>
        </w:rPr>
        <w:t>🌐 Website / source I used: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004607" w14:paraId="77768724" w14:textId="77777777" w:rsidTr="00BE52FC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100E9DC" w14:textId="77777777" w:rsidR="00004607" w:rsidRDefault="00004607" w:rsidP="00BE52FC">
            <w:pPr>
              <w:spacing w:after="40"/>
            </w:pPr>
            <w:r>
              <w:t xml:space="preserve">     </w:t>
            </w:r>
          </w:p>
          <w:p w14:paraId="7B188A17" w14:textId="77777777" w:rsidR="00004607" w:rsidRDefault="00004607" w:rsidP="00BE52FC">
            <w:pPr>
              <w:spacing w:after="40"/>
            </w:pPr>
          </w:p>
        </w:tc>
      </w:tr>
    </w:tbl>
    <w:p w14:paraId="192B7AC6" w14:textId="77777777" w:rsidR="00004607" w:rsidRDefault="00004607" w:rsidP="00004607">
      <w:pPr>
        <w:spacing w:after="20"/>
      </w:pPr>
    </w:p>
    <w:p w14:paraId="3411B9CC" w14:textId="77777777" w:rsidR="00004607" w:rsidRDefault="00004607" w:rsidP="00004607">
      <w:r>
        <w:br w:type="page"/>
      </w:r>
    </w:p>
    <w:p w14:paraId="29E3C96C" w14:textId="2711A5F8" w:rsidR="00412B71" w:rsidRDefault="00412B71"/>
    <w:p w14:paraId="22B30994" w14:textId="77777777" w:rsidR="00412B71" w:rsidRDefault="00000000">
      <w:r>
        <w:rPr>
          <w:b/>
          <w:sz w:val="36"/>
        </w:rPr>
        <w:t>🕵️ CASE FILE 4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412B71" w14:paraId="4C7ACF5A" w14:textId="77777777">
        <w:trPr>
          <w:jc w:val="center"/>
        </w:trPr>
        <w:tc>
          <w:tcPr>
            <w:tcW w:w="10368" w:type="dxa"/>
            <w:shd w:val="clear" w:color="auto" w:fill="EAF2F8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9834855" w14:textId="77777777" w:rsidR="00412B71" w:rsidRDefault="00000000">
            <w:pPr>
              <w:jc w:val="center"/>
            </w:pPr>
            <w:r>
              <w:rPr>
                <w:b/>
                <w:sz w:val="26"/>
              </w:rPr>
              <w:t>Boudica led a rebellion against the Romans and her army attacked Roman towns including Colchester and London.</w:t>
            </w:r>
          </w:p>
        </w:tc>
      </w:tr>
    </w:tbl>
    <w:p w14:paraId="6B18F348" w14:textId="77777777" w:rsidR="00004607" w:rsidRDefault="00004607" w:rsidP="00004607">
      <w:pPr>
        <w:jc w:val="center"/>
      </w:pPr>
      <w:r>
        <w:rPr>
          <w:b/>
          <w:sz w:val="26"/>
        </w:rPr>
        <w:t>Delete the one you don’t need: ☐ FACT        ☐ FICTION</w:t>
      </w:r>
    </w:p>
    <w:p w14:paraId="373A0958" w14:textId="77777777" w:rsidR="00004607" w:rsidRDefault="00004607" w:rsidP="00004607">
      <w:r>
        <w:rPr>
          <w:b/>
        </w:rPr>
        <w:t>🔍 My search words: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004607" w14:paraId="05CDECB4" w14:textId="77777777" w:rsidTr="00BE52FC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88535EE" w14:textId="77777777" w:rsidR="00004607" w:rsidRDefault="00004607" w:rsidP="00BE52FC">
            <w:pPr>
              <w:spacing w:after="40"/>
            </w:pPr>
            <w:r>
              <w:t xml:space="preserve">     </w:t>
            </w:r>
          </w:p>
          <w:p w14:paraId="3972D7CF" w14:textId="77777777" w:rsidR="00004607" w:rsidRDefault="00004607" w:rsidP="00BE52FC">
            <w:pPr>
              <w:spacing w:after="40"/>
            </w:pPr>
          </w:p>
        </w:tc>
      </w:tr>
    </w:tbl>
    <w:p w14:paraId="47FE7A53" w14:textId="77777777" w:rsidR="00004607" w:rsidRDefault="00004607" w:rsidP="00004607">
      <w:pPr>
        <w:spacing w:after="20"/>
      </w:pPr>
    </w:p>
    <w:p w14:paraId="08A7A031" w14:textId="77777777" w:rsidR="00004607" w:rsidRDefault="00004607" w:rsidP="00004607">
      <w:r>
        <w:rPr>
          <w:b/>
        </w:rPr>
        <w:t>💡 What did I discover?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004607" w14:paraId="5781B72E" w14:textId="77777777" w:rsidTr="00BE52FC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1B929B5" w14:textId="77777777" w:rsidR="00004607" w:rsidRDefault="00004607" w:rsidP="00BE52FC">
            <w:pPr>
              <w:spacing w:after="40"/>
            </w:pPr>
          </w:p>
        </w:tc>
      </w:tr>
    </w:tbl>
    <w:p w14:paraId="265D42EB" w14:textId="77777777" w:rsidR="00004607" w:rsidRDefault="00004607" w:rsidP="00004607">
      <w:pPr>
        <w:spacing w:after="20"/>
      </w:pPr>
    </w:p>
    <w:p w14:paraId="62DCF7BA" w14:textId="77777777" w:rsidR="00004607" w:rsidRDefault="00004607" w:rsidP="00004607">
      <w:r>
        <w:rPr>
          <w:b/>
        </w:rPr>
        <w:t>🧾 Evidence that proves my answer: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004607" w14:paraId="126FACB4" w14:textId="77777777" w:rsidTr="00BE52FC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21889EA" w14:textId="77777777" w:rsidR="00004607" w:rsidRDefault="00004607" w:rsidP="00BE52FC">
            <w:pPr>
              <w:spacing w:after="40"/>
            </w:pPr>
          </w:p>
        </w:tc>
      </w:tr>
    </w:tbl>
    <w:p w14:paraId="61412EEF" w14:textId="77777777" w:rsidR="00004607" w:rsidRDefault="00004607" w:rsidP="00004607">
      <w:pPr>
        <w:spacing w:after="20"/>
      </w:pPr>
    </w:p>
    <w:p w14:paraId="1CB273D9" w14:textId="77777777" w:rsidR="00004607" w:rsidRDefault="00004607" w:rsidP="00004607">
      <w:r>
        <w:rPr>
          <w:b/>
        </w:rPr>
        <w:t>🌐 Website / source I used: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004607" w14:paraId="319C22D4" w14:textId="77777777" w:rsidTr="00BE52FC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5130A53" w14:textId="77777777" w:rsidR="00004607" w:rsidRDefault="00004607" w:rsidP="00BE52FC">
            <w:pPr>
              <w:spacing w:after="40"/>
            </w:pPr>
            <w:r>
              <w:t xml:space="preserve">     </w:t>
            </w:r>
          </w:p>
          <w:p w14:paraId="467FD85C" w14:textId="77777777" w:rsidR="00004607" w:rsidRDefault="00004607" w:rsidP="00BE52FC">
            <w:pPr>
              <w:spacing w:after="40"/>
            </w:pPr>
          </w:p>
        </w:tc>
      </w:tr>
    </w:tbl>
    <w:p w14:paraId="4DF0FDF3" w14:textId="77777777" w:rsidR="00004607" w:rsidRDefault="00004607" w:rsidP="00004607">
      <w:pPr>
        <w:spacing w:after="20"/>
      </w:pPr>
    </w:p>
    <w:p w14:paraId="314B3270" w14:textId="77777777" w:rsidR="00004607" w:rsidRDefault="00004607" w:rsidP="00004607">
      <w:r>
        <w:br w:type="page"/>
      </w:r>
    </w:p>
    <w:p w14:paraId="05946065" w14:textId="2CDAC064" w:rsidR="00412B71" w:rsidRDefault="00412B71"/>
    <w:p w14:paraId="2842C215" w14:textId="77777777" w:rsidR="00412B71" w:rsidRDefault="00000000">
      <w:r>
        <w:rPr>
          <w:b/>
          <w:sz w:val="36"/>
        </w:rPr>
        <w:t>🕵️ CASE FILE 5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412B71" w14:paraId="71841840" w14:textId="77777777">
        <w:trPr>
          <w:jc w:val="center"/>
        </w:trPr>
        <w:tc>
          <w:tcPr>
            <w:tcW w:w="10368" w:type="dxa"/>
            <w:shd w:val="clear" w:color="auto" w:fill="EAF2F8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41C6CBB" w14:textId="77777777" w:rsidR="00412B71" w:rsidRDefault="00000000">
            <w:pPr>
              <w:jc w:val="center"/>
            </w:pPr>
            <w:r>
              <w:rPr>
                <w:b/>
                <w:sz w:val="26"/>
              </w:rPr>
              <w:t>Roman soldiers in Britain were given a special purple stripe on their shields so that commanders could easily recognise them.</w:t>
            </w:r>
          </w:p>
        </w:tc>
      </w:tr>
    </w:tbl>
    <w:p w14:paraId="5F137DAA" w14:textId="77777777" w:rsidR="00004607" w:rsidRDefault="00004607" w:rsidP="00004607">
      <w:pPr>
        <w:jc w:val="center"/>
      </w:pPr>
      <w:r>
        <w:rPr>
          <w:b/>
          <w:sz w:val="26"/>
        </w:rPr>
        <w:t>Delete the one you don’t need: ☐ FACT        ☐ FICTION</w:t>
      </w:r>
    </w:p>
    <w:p w14:paraId="09C8CB96" w14:textId="77777777" w:rsidR="00004607" w:rsidRDefault="00004607" w:rsidP="00004607">
      <w:r>
        <w:rPr>
          <w:b/>
        </w:rPr>
        <w:t>🔍 My search words: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004607" w14:paraId="0C2A1B38" w14:textId="77777777" w:rsidTr="00BE52FC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736F163" w14:textId="77777777" w:rsidR="00004607" w:rsidRDefault="00004607" w:rsidP="00BE52FC">
            <w:pPr>
              <w:spacing w:after="40"/>
            </w:pPr>
            <w:r>
              <w:t xml:space="preserve">     </w:t>
            </w:r>
          </w:p>
          <w:p w14:paraId="11D75023" w14:textId="77777777" w:rsidR="00004607" w:rsidRDefault="00004607" w:rsidP="00BE52FC">
            <w:pPr>
              <w:spacing w:after="40"/>
            </w:pPr>
          </w:p>
        </w:tc>
      </w:tr>
    </w:tbl>
    <w:p w14:paraId="4662F847" w14:textId="77777777" w:rsidR="00004607" w:rsidRDefault="00004607" w:rsidP="00004607">
      <w:pPr>
        <w:spacing w:after="20"/>
      </w:pPr>
    </w:p>
    <w:p w14:paraId="5DDB99D4" w14:textId="77777777" w:rsidR="00004607" w:rsidRDefault="00004607" w:rsidP="00004607">
      <w:r>
        <w:rPr>
          <w:b/>
        </w:rPr>
        <w:t>💡 What did I discover?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004607" w14:paraId="11FACCF3" w14:textId="77777777" w:rsidTr="00BE52FC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CA93248" w14:textId="77777777" w:rsidR="00004607" w:rsidRDefault="00004607" w:rsidP="00BE52FC">
            <w:pPr>
              <w:spacing w:after="40"/>
            </w:pPr>
          </w:p>
        </w:tc>
      </w:tr>
    </w:tbl>
    <w:p w14:paraId="5D95431E" w14:textId="77777777" w:rsidR="00004607" w:rsidRDefault="00004607" w:rsidP="00004607">
      <w:pPr>
        <w:spacing w:after="20"/>
      </w:pPr>
    </w:p>
    <w:p w14:paraId="423CC29F" w14:textId="77777777" w:rsidR="00004607" w:rsidRDefault="00004607" w:rsidP="00004607">
      <w:r>
        <w:rPr>
          <w:b/>
        </w:rPr>
        <w:t>🧾 Evidence that proves my answer: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004607" w14:paraId="018C4DB8" w14:textId="77777777" w:rsidTr="00BE52FC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00316BE" w14:textId="77777777" w:rsidR="00004607" w:rsidRDefault="00004607" w:rsidP="00BE52FC">
            <w:pPr>
              <w:spacing w:after="40"/>
            </w:pPr>
          </w:p>
        </w:tc>
      </w:tr>
    </w:tbl>
    <w:p w14:paraId="7E8E4563" w14:textId="77777777" w:rsidR="00004607" w:rsidRDefault="00004607" w:rsidP="00004607">
      <w:pPr>
        <w:spacing w:after="20"/>
      </w:pPr>
    </w:p>
    <w:p w14:paraId="3308D3FD" w14:textId="77777777" w:rsidR="00004607" w:rsidRDefault="00004607" w:rsidP="00004607">
      <w:r>
        <w:rPr>
          <w:b/>
        </w:rPr>
        <w:t>🌐 Website / source I used: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004607" w14:paraId="4EB64096" w14:textId="77777777" w:rsidTr="00BE52FC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4B95B03" w14:textId="77777777" w:rsidR="00004607" w:rsidRDefault="00004607" w:rsidP="00BE52FC">
            <w:pPr>
              <w:spacing w:after="40"/>
            </w:pPr>
            <w:r>
              <w:t xml:space="preserve">     </w:t>
            </w:r>
          </w:p>
          <w:p w14:paraId="05E57496" w14:textId="77777777" w:rsidR="00004607" w:rsidRDefault="00004607" w:rsidP="00BE52FC">
            <w:pPr>
              <w:spacing w:after="40"/>
            </w:pPr>
          </w:p>
        </w:tc>
      </w:tr>
    </w:tbl>
    <w:p w14:paraId="40D886C5" w14:textId="77777777" w:rsidR="00004607" w:rsidRDefault="00004607" w:rsidP="00004607">
      <w:pPr>
        <w:spacing w:after="20"/>
      </w:pPr>
    </w:p>
    <w:p w14:paraId="4DB709F5" w14:textId="77777777" w:rsidR="00004607" w:rsidRDefault="00004607" w:rsidP="00004607">
      <w:r>
        <w:br w:type="page"/>
      </w:r>
    </w:p>
    <w:p w14:paraId="55B67052" w14:textId="77777777" w:rsidR="00412B71" w:rsidRDefault="00000000">
      <w:r>
        <w:rPr>
          <w:b/>
          <w:sz w:val="36"/>
        </w:rPr>
        <w:lastRenderedPageBreak/>
        <w:t>🕵️ CASE FILE 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412B71" w14:paraId="3B5B19AE" w14:textId="77777777">
        <w:trPr>
          <w:jc w:val="center"/>
        </w:trPr>
        <w:tc>
          <w:tcPr>
            <w:tcW w:w="10368" w:type="dxa"/>
            <w:shd w:val="clear" w:color="auto" w:fill="EAF2F8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2FFD354" w14:textId="77777777" w:rsidR="00412B71" w:rsidRDefault="00000000">
            <w:pPr>
              <w:jc w:val="center"/>
            </w:pPr>
            <w:r>
              <w:rPr>
                <w:b/>
                <w:sz w:val="26"/>
              </w:rPr>
              <w:t>Londinium, the Roman name for London, became an important city in Roman Britain and had a population of about 60,000 people by around AD 100.</w:t>
            </w:r>
          </w:p>
        </w:tc>
      </w:tr>
    </w:tbl>
    <w:p w14:paraId="0205E668" w14:textId="77777777" w:rsidR="00004607" w:rsidRDefault="00004607" w:rsidP="00004607">
      <w:pPr>
        <w:jc w:val="center"/>
      </w:pPr>
      <w:r>
        <w:rPr>
          <w:b/>
          <w:sz w:val="26"/>
        </w:rPr>
        <w:t>Delete the one you don’t need: ☐ FACT        ☐ FICTION</w:t>
      </w:r>
    </w:p>
    <w:p w14:paraId="3764D48F" w14:textId="77777777" w:rsidR="00004607" w:rsidRDefault="00004607" w:rsidP="00004607">
      <w:r>
        <w:rPr>
          <w:b/>
        </w:rPr>
        <w:t>🔍 My search words: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004607" w14:paraId="436E30E3" w14:textId="77777777" w:rsidTr="00BE52FC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23B554F" w14:textId="77777777" w:rsidR="00004607" w:rsidRDefault="00004607" w:rsidP="00BE52FC">
            <w:pPr>
              <w:spacing w:after="40"/>
            </w:pPr>
            <w:r>
              <w:t xml:space="preserve">     </w:t>
            </w:r>
          </w:p>
          <w:p w14:paraId="29447CA3" w14:textId="77777777" w:rsidR="00004607" w:rsidRDefault="00004607" w:rsidP="00BE52FC">
            <w:pPr>
              <w:spacing w:after="40"/>
            </w:pPr>
          </w:p>
        </w:tc>
      </w:tr>
    </w:tbl>
    <w:p w14:paraId="75564CBA" w14:textId="77777777" w:rsidR="00004607" w:rsidRDefault="00004607" w:rsidP="00004607">
      <w:pPr>
        <w:spacing w:after="20"/>
      </w:pPr>
    </w:p>
    <w:p w14:paraId="0ACA7ABA" w14:textId="77777777" w:rsidR="00004607" w:rsidRDefault="00004607" w:rsidP="00004607">
      <w:r>
        <w:rPr>
          <w:b/>
        </w:rPr>
        <w:t>💡 What did I discover?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004607" w14:paraId="7B13FEBC" w14:textId="77777777" w:rsidTr="00BE52FC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4D2EE7D" w14:textId="77777777" w:rsidR="00004607" w:rsidRDefault="00004607" w:rsidP="00BE52FC">
            <w:pPr>
              <w:spacing w:after="40"/>
            </w:pPr>
          </w:p>
        </w:tc>
      </w:tr>
    </w:tbl>
    <w:p w14:paraId="49205D85" w14:textId="77777777" w:rsidR="00004607" w:rsidRDefault="00004607" w:rsidP="00004607">
      <w:pPr>
        <w:spacing w:after="20"/>
      </w:pPr>
    </w:p>
    <w:p w14:paraId="79B08E74" w14:textId="77777777" w:rsidR="00004607" w:rsidRDefault="00004607" w:rsidP="00004607">
      <w:r>
        <w:rPr>
          <w:b/>
        </w:rPr>
        <w:t>🧾 Evidence that proves my answer: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004607" w14:paraId="4F92295E" w14:textId="77777777" w:rsidTr="00BE52FC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55601DD" w14:textId="77777777" w:rsidR="00004607" w:rsidRDefault="00004607" w:rsidP="00BE52FC">
            <w:pPr>
              <w:spacing w:after="40"/>
            </w:pPr>
          </w:p>
        </w:tc>
      </w:tr>
    </w:tbl>
    <w:p w14:paraId="3549C9D3" w14:textId="77777777" w:rsidR="00004607" w:rsidRDefault="00004607" w:rsidP="00004607">
      <w:pPr>
        <w:spacing w:after="20"/>
      </w:pPr>
    </w:p>
    <w:p w14:paraId="6AD072D9" w14:textId="77777777" w:rsidR="00004607" w:rsidRDefault="00004607" w:rsidP="00004607">
      <w:r>
        <w:rPr>
          <w:b/>
        </w:rPr>
        <w:t>🌐 Website / source I used: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004607" w14:paraId="50CFA244" w14:textId="77777777" w:rsidTr="00BE52FC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9D2EECF" w14:textId="77777777" w:rsidR="00004607" w:rsidRDefault="00004607" w:rsidP="00BE52FC">
            <w:pPr>
              <w:spacing w:after="40"/>
            </w:pPr>
            <w:r>
              <w:t xml:space="preserve">     </w:t>
            </w:r>
          </w:p>
          <w:p w14:paraId="0C205E55" w14:textId="77777777" w:rsidR="00004607" w:rsidRDefault="00004607" w:rsidP="00BE52FC">
            <w:pPr>
              <w:spacing w:after="40"/>
            </w:pPr>
          </w:p>
        </w:tc>
      </w:tr>
    </w:tbl>
    <w:p w14:paraId="4890FE2B" w14:textId="77777777" w:rsidR="00004607" w:rsidRDefault="00004607" w:rsidP="00004607">
      <w:pPr>
        <w:spacing w:after="20"/>
      </w:pPr>
    </w:p>
    <w:p w14:paraId="7D738DEF" w14:textId="77777777" w:rsidR="00004607" w:rsidRDefault="00004607" w:rsidP="00004607">
      <w:r>
        <w:br w:type="page"/>
      </w:r>
    </w:p>
    <w:p w14:paraId="2718D4FE" w14:textId="77777777" w:rsidR="00412B71" w:rsidRDefault="00000000">
      <w:pPr>
        <w:jc w:val="center"/>
      </w:pPr>
      <w:r>
        <w:rPr>
          <w:b/>
          <w:sz w:val="38"/>
        </w:rPr>
        <w:lastRenderedPageBreak/>
        <w:t>⭐ BONUS: THINK LIKE A SEARCH EXPERT</w:t>
      </w:r>
    </w:p>
    <w:p w14:paraId="7EAFCABE" w14:textId="77777777" w:rsidR="00412B71" w:rsidRDefault="00000000">
      <w:r>
        <w:t>Choose ONE statement you investigated and explain how you know your answer is correct.</w:t>
      </w:r>
    </w:p>
    <w:p w14:paraId="3901DD40" w14:textId="77777777" w:rsidR="00412B71" w:rsidRDefault="00000000">
      <w:r>
        <w:rPr>
          <w:b/>
        </w:rPr>
        <w:t>I know this statement is FACT / FICTION because...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412B71" w14:paraId="683F5AE4" w14:textId="77777777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C893EE9" w14:textId="3E126FBD" w:rsidR="00412B71" w:rsidRDefault="00412B71">
            <w:pPr>
              <w:spacing w:after="40"/>
            </w:pPr>
          </w:p>
        </w:tc>
      </w:tr>
    </w:tbl>
    <w:p w14:paraId="618ECC8B" w14:textId="77777777" w:rsidR="00412B71" w:rsidRDefault="00412B71">
      <w:pPr>
        <w:spacing w:after="20"/>
      </w:pPr>
    </w:p>
    <w:p w14:paraId="3E49EA08" w14:textId="77777777" w:rsidR="00412B71" w:rsidRDefault="00000000">
      <w:r>
        <w:rPr>
          <w:b/>
        </w:rPr>
        <w:t>What makes your website a trustworthy source?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412B71" w14:paraId="35AFFC32" w14:textId="77777777">
        <w:trPr>
          <w:jc w:val="center"/>
        </w:trPr>
        <w:tc>
          <w:tcPr>
            <w:tcW w:w="10368" w:type="dxa"/>
            <w:shd w:val="clear" w:color="auto" w:fill="F7F9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7EF5FF" w14:textId="6455693E" w:rsidR="00412B71" w:rsidRDefault="00412B71">
            <w:pPr>
              <w:spacing w:after="40"/>
            </w:pPr>
          </w:p>
        </w:tc>
      </w:tr>
    </w:tbl>
    <w:p w14:paraId="3B6AEBB9" w14:textId="77777777" w:rsidR="00412B71" w:rsidRDefault="00412B71">
      <w:pPr>
        <w:spacing w:after="20"/>
      </w:pPr>
    </w:p>
    <w:p w14:paraId="0FE1DEB8" w14:textId="77777777" w:rsidR="00412B71" w:rsidRPr="00004607" w:rsidRDefault="00000000">
      <w:pPr>
        <w:rPr>
          <w:sz w:val="28"/>
          <w:szCs w:val="32"/>
        </w:rPr>
      </w:pPr>
      <w:r w:rsidRPr="00004607">
        <w:rPr>
          <w:b/>
          <w:sz w:val="40"/>
          <w:szCs w:val="32"/>
        </w:rPr>
        <w:t>🏆 Search Detective Checklist</w:t>
      </w:r>
    </w:p>
    <w:p w14:paraId="6729E965" w14:textId="77777777" w:rsidR="00412B71" w:rsidRPr="00004607" w:rsidRDefault="00000000">
      <w:pPr>
        <w:rPr>
          <w:sz w:val="28"/>
          <w:szCs w:val="32"/>
        </w:rPr>
      </w:pPr>
      <w:r w:rsidRPr="00004607">
        <w:rPr>
          <w:sz w:val="28"/>
          <w:szCs w:val="32"/>
        </w:rPr>
        <w:t>☐ I chose useful search words.</w:t>
      </w:r>
    </w:p>
    <w:p w14:paraId="4DEBBC81" w14:textId="77777777" w:rsidR="00412B71" w:rsidRPr="00004607" w:rsidRDefault="00000000">
      <w:pPr>
        <w:rPr>
          <w:sz w:val="28"/>
          <w:szCs w:val="32"/>
        </w:rPr>
      </w:pPr>
      <w:r w:rsidRPr="00004607">
        <w:rPr>
          <w:sz w:val="28"/>
          <w:szCs w:val="32"/>
        </w:rPr>
        <w:t>☐ I changed my search words when necessary.</w:t>
      </w:r>
    </w:p>
    <w:p w14:paraId="67AB8185" w14:textId="77777777" w:rsidR="00412B71" w:rsidRPr="00004607" w:rsidRDefault="00000000">
      <w:pPr>
        <w:rPr>
          <w:sz w:val="28"/>
          <w:szCs w:val="32"/>
        </w:rPr>
      </w:pPr>
      <w:r w:rsidRPr="00004607">
        <w:rPr>
          <w:sz w:val="28"/>
          <w:szCs w:val="32"/>
        </w:rPr>
        <w:t>☐ I looked carefully at the information I found.</w:t>
      </w:r>
    </w:p>
    <w:p w14:paraId="3994B14B" w14:textId="77777777" w:rsidR="00412B71" w:rsidRPr="00004607" w:rsidRDefault="00000000">
      <w:pPr>
        <w:rPr>
          <w:sz w:val="28"/>
          <w:szCs w:val="32"/>
        </w:rPr>
      </w:pPr>
      <w:r w:rsidRPr="00004607">
        <w:rPr>
          <w:sz w:val="28"/>
          <w:szCs w:val="32"/>
        </w:rPr>
        <w:t>☐ I checked whether the website was trustworthy.</w:t>
      </w:r>
    </w:p>
    <w:p w14:paraId="18626C41" w14:textId="77777777" w:rsidR="00412B71" w:rsidRPr="00004607" w:rsidRDefault="00000000">
      <w:pPr>
        <w:rPr>
          <w:sz w:val="28"/>
          <w:szCs w:val="32"/>
        </w:rPr>
      </w:pPr>
      <w:r w:rsidRPr="00004607">
        <w:rPr>
          <w:sz w:val="28"/>
          <w:szCs w:val="32"/>
        </w:rPr>
        <w:t>☐ I found evidence rather than guessing.</w:t>
      </w:r>
    </w:p>
    <w:p w14:paraId="12DFC392" w14:textId="77777777" w:rsidR="00412B71" w:rsidRPr="00004607" w:rsidRDefault="00000000">
      <w:pPr>
        <w:rPr>
          <w:sz w:val="28"/>
          <w:szCs w:val="32"/>
        </w:rPr>
      </w:pPr>
      <w:r w:rsidRPr="00004607">
        <w:rPr>
          <w:sz w:val="28"/>
          <w:szCs w:val="32"/>
        </w:rPr>
        <w:t>☐ I recorded the website I used.</w:t>
      </w:r>
    </w:p>
    <w:p w14:paraId="2D5E763B" w14:textId="77777777" w:rsidR="00412B71" w:rsidRPr="00004607" w:rsidRDefault="00000000">
      <w:pPr>
        <w:rPr>
          <w:sz w:val="28"/>
          <w:szCs w:val="32"/>
        </w:rPr>
      </w:pPr>
      <w:r w:rsidRPr="00004607">
        <w:rPr>
          <w:sz w:val="28"/>
          <w:szCs w:val="32"/>
        </w:rPr>
        <w:t>☐ I can explain how I know my answer is correct.</w:t>
      </w:r>
    </w:p>
    <w:sectPr w:rsidR="00412B71" w:rsidRPr="00004607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801060">
    <w:abstractNumId w:val="8"/>
  </w:num>
  <w:num w:numId="2" w16cid:durableId="1131048891">
    <w:abstractNumId w:val="6"/>
  </w:num>
  <w:num w:numId="3" w16cid:durableId="1680741320">
    <w:abstractNumId w:val="5"/>
  </w:num>
  <w:num w:numId="4" w16cid:durableId="265772728">
    <w:abstractNumId w:val="4"/>
  </w:num>
  <w:num w:numId="5" w16cid:durableId="1780220011">
    <w:abstractNumId w:val="7"/>
  </w:num>
  <w:num w:numId="6" w16cid:durableId="1747607695">
    <w:abstractNumId w:val="3"/>
  </w:num>
  <w:num w:numId="7" w16cid:durableId="618025977">
    <w:abstractNumId w:val="2"/>
  </w:num>
  <w:num w:numId="8" w16cid:durableId="1007712130">
    <w:abstractNumId w:val="1"/>
  </w:num>
  <w:num w:numId="9" w16cid:durableId="781609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607"/>
    <w:rsid w:val="00034616"/>
    <w:rsid w:val="0006063C"/>
    <w:rsid w:val="0015074B"/>
    <w:rsid w:val="0029639D"/>
    <w:rsid w:val="00326F90"/>
    <w:rsid w:val="00412B71"/>
    <w:rsid w:val="00AA1D8D"/>
    <w:rsid w:val="00B47730"/>
    <w:rsid w:val="00CB0664"/>
    <w:rsid w:val="00E86C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921E4D"/>
  <w14:defaultImageDpi w14:val="300"/>
  <w15:docId w15:val="{3782BED5-D04F-48E4-97FF-D596E1DD7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Hayley Stapleton</cp:lastModifiedBy>
  <cp:revision>2</cp:revision>
  <dcterms:created xsi:type="dcterms:W3CDTF">2013-12-23T23:15:00Z</dcterms:created>
  <dcterms:modified xsi:type="dcterms:W3CDTF">2026-09-29T19:52:00Z</dcterms:modified>
  <cp:category/>
</cp:coreProperties>
</file>