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C2C9" w14:textId="77777777" w:rsidR="001270CA" w:rsidRDefault="00000000">
      <w:pPr>
        <w:jc w:val="center"/>
      </w:pPr>
      <w:r>
        <w:rPr>
          <w:b/>
          <w:sz w:val="50"/>
        </w:rPr>
        <w:t>🏛️ ROMAN FACT OR FICTION</w:t>
      </w:r>
    </w:p>
    <w:p w14:paraId="0ABE6FDD" w14:textId="77777777" w:rsidR="001270CA" w:rsidRDefault="00000000">
      <w:pPr>
        <w:jc w:val="center"/>
      </w:pPr>
      <w:r>
        <w:rPr>
          <w:b/>
          <w:sz w:val="36"/>
        </w:rPr>
        <w:t>SEARCH DETECTIVE</w:t>
      </w:r>
    </w:p>
    <w:p w14:paraId="6664F18C" w14:textId="77777777" w:rsidR="001270CA" w:rsidRDefault="00000000">
      <w:pPr>
        <w:jc w:val="center"/>
      </w:pPr>
      <w:r>
        <w:rPr>
          <w:b/>
          <w:sz w:val="32"/>
        </w:rPr>
        <w:t xml:space="preserve">LOOK </w:t>
      </w:r>
      <w:proofErr w:type="gramStart"/>
      <w:r>
        <w:rPr>
          <w:b/>
          <w:sz w:val="32"/>
        </w:rPr>
        <w:t>👀  →</w:t>
      </w:r>
      <w:proofErr w:type="gramEnd"/>
      <w:r>
        <w:rPr>
          <w:b/>
          <w:sz w:val="32"/>
        </w:rPr>
        <w:t xml:space="preserve">  SEARCH </w:t>
      </w:r>
      <w:proofErr w:type="gramStart"/>
      <w:r>
        <w:rPr>
          <w:b/>
          <w:sz w:val="32"/>
        </w:rPr>
        <w:t>🔎  →</w:t>
      </w:r>
      <w:proofErr w:type="gramEnd"/>
      <w:r>
        <w:rPr>
          <w:b/>
          <w:sz w:val="32"/>
        </w:rPr>
        <w:t xml:space="preserve">  TICK ✓</w:t>
      </w:r>
    </w:p>
    <w:p w14:paraId="4993666B" w14:textId="77777777" w:rsidR="001270CA" w:rsidRDefault="00000000">
      <w:r>
        <w:t>You do NOT need to write lots. You can copy the words in the boxes.</w:t>
      </w:r>
    </w:p>
    <w:p w14:paraId="36CCF98D" w14:textId="77777777" w:rsidR="001270CA" w:rsidRDefault="00000000">
      <w:r>
        <w:br w:type="page"/>
      </w:r>
    </w:p>
    <w:p w14:paraId="708E7887" w14:textId="77777777" w:rsidR="001270CA" w:rsidRDefault="00000000">
      <w:pPr>
        <w:jc w:val="center"/>
      </w:pPr>
      <w:r>
        <w:rPr>
          <w:b/>
          <w:sz w:val="42"/>
        </w:rPr>
        <w:lastRenderedPageBreak/>
        <w:t>CASE 1</w:t>
      </w:r>
    </w:p>
    <w:p w14:paraId="24B2B8DF" w14:textId="77777777" w:rsidR="001270CA" w:rsidRDefault="00000000">
      <w:pPr>
        <w:jc w:val="center"/>
      </w:pPr>
      <w:r>
        <w:rPr>
          <w:b/>
          <w:sz w:val="34"/>
        </w:rPr>
        <w:t>The Romans built a wall across northern Britain.</w:t>
      </w:r>
    </w:p>
    <w:p w14:paraId="776B1727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626432B2" w14:textId="77777777" w:rsidR="001270CA" w:rsidRDefault="00000000">
      <w:pPr>
        <w:jc w:val="center"/>
      </w:pPr>
      <w:r>
        <w:rPr>
          <w:noProof/>
        </w:rPr>
        <w:drawing>
          <wp:inline distT="0" distB="0" distL="0" distR="0" wp14:anchorId="4F3EBF62" wp14:editId="3540F4C2">
            <wp:extent cx="5303520" cy="2757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5EDB0C30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8F9B680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Hadrian's Wall Britain</w:t>
            </w:r>
          </w:p>
        </w:tc>
      </w:tr>
      <w:tr w:rsidR="001270CA" w14:paraId="131E8658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6F766A" w14:textId="17F1CDE4" w:rsidR="001270CA" w:rsidRDefault="00000000">
            <w:pPr>
              <w:jc w:val="center"/>
            </w:pPr>
            <w:r>
              <w:rPr>
                <w:b/>
              </w:rPr>
              <w:t>✓ MY ANSWER</w:t>
            </w:r>
            <w:r w:rsidR="00997253">
              <w:rPr>
                <w:b/>
              </w:rPr>
              <w:t xml:space="preserve"> (delete the word you don’t need)</w:t>
            </w:r>
            <w:r>
              <w:rPr>
                <w:b/>
              </w:rPr>
              <w:br/>
            </w:r>
            <w:r>
              <w:rPr>
                <w:sz w:val="30"/>
              </w:rPr>
              <w:t>☐ FACT          ☐ FICTION</w:t>
            </w:r>
          </w:p>
        </w:tc>
      </w:tr>
      <w:tr w:rsidR="001270CA" w14:paraId="52C600F2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5149C89" w14:textId="00C7BCD7" w:rsidR="001270CA" w:rsidRDefault="00997253">
            <w:pPr>
              <w:jc w:val="center"/>
            </w:pPr>
            <w:r>
              <w:rPr>
                <w:b/>
              </w:rPr>
              <w:t>✍️ COPY ONE WORD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>I found:</w:t>
            </w:r>
          </w:p>
        </w:tc>
      </w:tr>
    </w:tbl>
    <w:p w14:paraId="111F2134" w14:textId="77777777" w:rsidR="001270CA" w:rsidRDefault="00000000">
      <w:pPr>
        <w:jc w:val="center"/>
      </w:pPr>
      <w:r>
        <w:rPr>
          <w:b/>
        </w:rPr>
        <w:t>🌟 Good searching!</w:t>
      </w:r>
    </w:p>
    <w:p w14:paraId="724980D5" w14:textId="77777777" w:rsidR="001270CA" w:rsidRDefault="00000000">
      <w:r>
        <w:br w:type="page"/>
      </w:r>
    </w:p>
    <w:p w14:paraId="08E06D62" w14:textId="77777777" w:rsidR="001270CA" w:rsidRDefault="00000000">
      <w:pPr>
        <w:jc w:val="center"/>
      </w:pPr>
      <w:r>
        <w:rPr>
          <w:b/>
          <w:sz w:val="42"/>
        </w:rPr>
        <w:lastRenderedPageBreak/>
        <w:t>CASE 2</w:t>
      </w:r>
    </w:p>
    <w:p w14:paraId="24D101C6" w14:textId="77777777" w:rsidR="001270CA" w:rsidRDefault="00000000">
      <w:pPr>
        <w:jc w:val="center"/>
      </w:pPr>
      <w:r>
        <w:rPr>
          <w:b/>
          <w:sz w:val="34"/>
        </w:rPr>
        <w:t>Roman soldiers were paid with chocolate.</w:t>
      </w:r>
    </w:p>
    <w:p w14:paraId="013DD31D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3BD8AC45" w14:textId="77777777" w:rsidR="001270CA" w:rsidRDefault="00000000">
      <w:pPr>
        <w:jc w:val="center"/>
      </w:pPr>
      <w:r>
        <w:rPr>
          <w:noProof/>
        </w:rPr>
        <w:drawing>
          <wp:inline distT="0" distB="0" distL="0" distR="0" wp14:anchorId="17FA8E5F" wp14:editId="02348877">
            <wp:extent cx="5303520" cy="2757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289E2289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2559768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Romans chocolate</w:t>
            </w:r>
          </w:p>
        </w:tc>
      </w:tr>
      <w:tr w:rsidR="001270CA" w14:paraId="69AE5236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59FACA0" w14:textId="69C229B6" w:rsidR="001270CA" w:rsidRDefault="00997253">
            <w:pPr>
              <w:jc w:val="center"/>
            </w:pPr>
            <w:r>
              <w:rPr>
                <w:b/>
              </w:rPr>
              <w:t>✓ MY ANSWER (delete the word you don’t need)</w:t>
            </w:r>
            <w:r w:rsidR="00000000">
              <w:rPr>
                <w:b/>
              </w:rPr>
              <w:br/>
            </w:r>
            <w:r w:rsidR="00000000">
              <w:rPr>
                <w:sz w:val="30"/>
              </w:rPr>
              <w:t>☐ FACT          ☐ FICTION</w:t>
            </w:r>
          </w:p>
        </w:tc>
      </w:tr>
      <w:tr w:rsidR="001270CA" w14:paraId="69441986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F94C485" w14:textId="5B6ABA0E" w:rsidR="001270CA" w:rsidRDefault="00997253">
            <w:pPr>
              <w:jc w:val="center"/>
            </w:pPr>
            <w:r>
              <w:rPr>
                <w:b/>
              </w:rPr>
              <w:t>✍️ COPY ONE WORD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>I found:</w:t>
            </w:r>
          </w:p>
        </w:tc>
      </w:tr>
    </w:tbl>
    <w:p w14:paraId="74942981" w14:textId="77777777" w:rsidR="001270CA" w:rsidRDefault="00000000">
      <w:pPr>
        <w:jc w:val="center"/>
      </w:pPr>
      <w:r>
        <w:rPr>
          <w:b/>
        </w:rPr>
        <w:t>🌟 Good searching!</w:t>
      </w:r>
    </w:p>
    <w:p w14:paraId="7309356B" w14:textId="77777777" w:rsidR="001270CA" w:rsidRDefault="00000000">
      <w:r>
        <w:br w:type="page"/>
      </w:r>
    </w:p>
    <w:p w14:paraId="435337F1" w14:textId="77777777" w:rsidR="001270CA" w:rsidRDefault="00000000">
      <w:pPr>
        <w:jc w:val="center"/>
      </w:pPr>
      <w:r>
        <w:rPr>
          <w:b/>
          <w:sz w:val="42"/>
        </w:rPr>
        <w:lastRenderedPageBreak/>
        <w:t>CASE 3</w:t>
      </w:r>
    </w:p>
    <w:p w14:paraId="6A95EBF2" w14:textId="77777777" w:rsidR="001270CA" w:rsidRDefault="00000000">
      <w:pPr>
        <w:jc w:val="center"/>
      </w:pPr>
      <w:r>
        <w:rPr>
          <w:b/>
          <w:sz w:val="34"/>
        </w:rPr>
        <w:t>The Romans built baths in Britain.</w:t>
      </w:r>
    </w:p>
    <w:p w14:paraId="14898320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7A781ECA" w14:textId="77777777" w:rsidR="001270CA" w:rsidRDefault="00000000">
      <w:pPr>
        <w:jc w:val="center"/>
      </w:pPr>
      <w:r>
        <w:rPr>
          <w:noProof/>
        </w:rPr>
        <w:drawing>
          <wp:inline distT="0" distB="0" distL="0" distR="0" wp14:anchorId="3463E851" wp14:editId="77D42FE9">
            <wp:extent cx="5303520" cy="27578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1DBD14C2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D42261D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Roman baths Britain</w:t>
            </w:r>
          </w:p>
        </w:tc>
      </w:tr>
      <w:tr w:rsidR="001270CA" w14:paraId="0AF41A62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9D21171" w14:textId="6A3AC3F5" w:rsidR="001270CA" w:rsidRDefault="00997253">
            <w:pPr>
              <w:jc w:val="center"/>
            </w:pPr>
            <w:r>
              <w:rPr>
                <w:b/>
              </w:rPr>
              <w:t>✓ MY ANSWER (delete the word you don’t need)</w:t>
            </w:r>
            <w:r w:rsidR="00000000">
              <w:rPr>
                <w:b/>
              </w:rPr>
              <w:br/>
            </w:r>
            <w:r w:rsidR="00000000">
              <w:rPr>
                <w:sz w:val="30"/>
              </w:rPr>
              <w:t>☐ FACT          ☐ FICTION</w:t>
            </w:r>
          </w:p>
        </w:tc>
      </w:tr>
      <w:tr w:rsidR="001270CA" w14:paraId="3CFF2162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A4DEAB" w14:textId="3977AB84" w:rsidR="001270CA" w:rsidRDefault="00997253">
            <w:pPr>
              <w:jc w:val="center"/>
            </w:pPr>
            <w:r>
              <w:rPr>
                <w:b/>
              </w:rPr>
              <w:t>✍️ COPY ONE WORD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>I found:</w:t>
            </w:r>
          </w:p>
        </w:tc>
      </w:tr>
    </w:tbl>
    <w:p w14:paraId="22B08F95" w14:textId="77777777" w:rsidR="001270CA" w:rsidRDefault="00000000">
      <w:pPr>
        <w:jc w:val="center"/>
      </w:pPr>
      <w:r>
        <w:rPr>
          <w:b/>
        </w:rPr>
        <w:t>🌟 Good searching!</w:t>
      </w:r>
    </w:p>
    <w:p w14:paraId="6A811EF1" w14:textId="77777777" w:rsidR="001270CA" w:rsidRDefault="00000000">
      <w:r>
        <w:br w:type="page"/>
      </w:r>
    </w:p>
    <w:p w14:paraId="768CFF41" w14:textId="77777777" w:rsidR="001270CA" w:rsidRDefault="00000000">
      <w:pPr>
        <w:jc w:val="center"/>
      </w:pPr>
      <w:r>
        <w:rPr>
          <w:b/>
          <w:sz w:val="42"/>
        </w:rPr>
        <w:lastRenderedPageBreak/>
        <w:t>CASE 4</w:t>
      </w:r>
    </w:p>
    <w:p w14:paraId="1A295C8C" w14:textId="77777777" w:rsidR="001270CA" w:rsidRDefault="00000000">
      <w:pPr>
        <w:jc w:val="center"/>
      </w:pPr>
      <w:r>
        <w:rPr>
          <w:b/>
          <w:sz w:val="34"/>
        </w:rPr>
        <w:t>Boudica fought the Romans.</w:t>
      </w:r>
    </w:p>
    <w:p w14:paraId="3FD02B1F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301309F2" w14:textId="77777777" w:rsidR="001270CA" w:rsidRDefault="00000000">
      <w:pPr>
        <w:jc w:val="center"/>
      </w:pPr>
      <w:r>
        <w:rPr>
          <w:noProof/>
        </w:rPr>
        <w:drawing>
          <wp:inline distT="0" distB="0" distL="0" distR="0" wp14:anchorId="223EEF3D" wp14:editId="636CB8B8">
            <wp:extent cx="5303520" cy="27578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49791CB3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5715FE7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Boudica Romans</w:t>
            </w:r>
          </w:p>
        </w:tc>
      </w:tr>
      <w:tr w:rsidR="001270CA" w14:paraId="5A4A09AA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64EDB90" w14:textId="1F4F53A4" w:rsidR="001270CA" w:rsidRDefault="00997253">
            <w:pPr>
              <w:jc w:val="center"/>
            </w:pPr>
            <w:r>
              <w:rPr>
                <w:b/>
              </w:rPr>
              <w:t>✓ MY ANSWER (delete the word you don’t need)</w:t>
            </w:r>
            <w:r w:rsidR="00000000">
              <w:rPr>
                <w:b/>
              </w:rPr>
              <w:br/>
            </w:r>
            <w:r w:rsidR="00000000">
              <w:rPr>
                <w:sz w:val="30"/>
              </w:rPr>
              <w:t>☐ FACT          ☐ FICTION</w:t>
            </w:r>
          </w:p>
        </w:tc>
      </w:tr>
      <w:tr w:rsidR="001270CA" w14:paraId="6CDA2F3C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5619D3E" w14:textId="4F63B01C" w:rsidR="001270CA" w:rsidRDefault="00997253">
            <w:pPr>
              <w:jc w:val="center"/>
            </w:pPr>
            <w:r>
              <w:rPr>
                <w:b/>
              </w:rPr>
              <w:t>✍️ COPY ONE WORD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>I found:</w:t>
            </w:r>
          </w:p>
        </w:tc>
      </w:tr>
    </w:tbl>
    <w:p w14:paraId="0952F73A" w14:textId="77777777" w:rsidR="001270CA" w:rsidRDefault="00000000">
      <w:pPr>
        <w:jc w:val="center"/>
      </w:pPr>
      <w:r>
        <w:rPr>
          <w:b/>
        </w:rPr>
        <w:t>🌟 Good searching!</w:t>
      </w:r>
    </w:p>
    <w:p w14:paraId="4EE32B3C" w14:textId="77777777" w:rsidR="001270CA" w:rsidRDefault="00000000">
      <w:r>
        <w:br w:type="page"/>
      </w:r>
    </w:p>
    <w:p w14:paraId="7BFE7B5A" w14:textId="77777777" w:rsidR="001270CA" w:rsidRDefault="00000000">
      <w:pPr>
        <w:jc w:val="center"/>
      </w:pPr>
      <w:r>
        <w:rPr>
          <w:b/>
          <w:sz w:val="42"/>
        </w:rPr>
        <w:lastRenderedPageBreak/>
        <w:t>CASE 5</w:t>
      </w:r>
    </w:p>
    <w:p w14:paraId="6CCF34BD" w14:textId="77777777" w:rsidR="001270CA" w:rsidRDefault="00000000">
      <w:pPr>
        <w:jc w:val="center"/>
      </w:pPr>
      <w:r>
        <w:rPr>
          <w:b/>
          <w:sz w:val="34"/>
        </w:rPr>
        <w:t>Roman soldiers had a purple stripe on their shields.</w:t>
      </w:r>
    </w:p>
    <w:p w14:paraId="6427190A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4AF88181" w14:textId="7D5F5081" w:rsidR="001270CA" w:rsidRDefault="0099725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05B96" wp14:editId="5E093522">
                <wp:simplePos x="0" y="0"/>
                <wp:positionH relativeFrom="column">
                  <wp:posOffset>2489835</wp:posOffset>
                </wp:positionH>
                <wp:positionV relativeFrom="paragraph">
                  <wp:posOffset>1889125</wp:posOffset>
                </wp:positionV>
                <wp:extent cx="1724025" cy="104775"/>
                <wp:effectExtent l="57150" t="19050" r="85725" b="104775"/>
                <wp:wrapNone/>
                <wp:docPr id="2061370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3D002" id="Rectangle 1" o:spid="_x0000_s1026" style="position:absolute;margin-left:196.05pt;margin-top:148.75pt;width:135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" fillcolor="#8064a2 [3207]" strokecolor="#795d9b [3047]">
                <v:fill color2="#bfb1d0 [1623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000000">
        <w:rPr>
          <w:noProof/>
        </w:rPr>
        <w:drawing>
          <wp:inline distT="0" distB="0" distL="0" distR="0" wp14:anchorId="5CF76892" wp14:editId="1A73A14D">
            <wp:extent cx="5303520" cy="27578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4F96AF1B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A8D08C8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Roman shields purple</w:t>
            </w:r>
          </w:p>
        </w:tc>
      </w:tr>
      <w:tr w:rsidR="001270CA" w14:paraId="40CEDE35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2C87F77" w14:textId="170E2E95" w:rsidR="001270CA" w:rsidRDefault="00997253">
            <w:pPr>
              <w:jc w:val="center"/>
            </w:pPr>
            <w:r>
              <w:rPr>
                <w:b/>
              </w:rPr>
              <w:t>✓ MY ANSWER (delete the word you don’t need)</w:t>
            </w:r>
            <w:r w:rsidR="00000000">
              <w:rPr>
                <w:b/>
              </w:rPr>
              <w:br/>
            </w:r>
            <w:r w:rsidR="00000000">
              <w:rPr>
                <w:sz w:val="30"/>
              </w:rPr>
              <w:t>☐ FACT          ☐ FICTION</w:t>
            </w:r>
          </w:p>
        </w:tc>
      </w:tr>
      <w:tr w:rsidR="001270CA" w14:paraId="474BC94B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B2F7942" w14:textId="5580C2F6" w:rsidR="001270CA" w:rsidRDefault="00997253">
            <w:pPr>
              <w:jc w:val="center"/>
            </w:pPr>
            <w:r>
              <w:rPr>
                <w:b/>
              </w:rPr>
              <w:t>✍️ COPY ONE WORD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>I found:</w:t>
            </w:r>
          </w:p>
        </w:tc>
      </w:tr>
    </w:tbl>
    <w:p w14:paraId="417626CD" w14:textId="77777777" w:rsidR="001270CA" w:rsidRDefault="00000000">
      <w:pPr>
        <w:jc w:val="center"/>
      </w:pPr>
      <w:r>
        <w:rPr>
          <w:b/>
        </w:rPr>
        <w:t>🌟 Good searching!</w:t>
      </w:r>
    </w:p>
    <w:p w14:paraId="6CBB572B" w14:textId="77777777" w:rsidR="001270CA" w:rsidRDefault="00000000">
      <w:r>
        <w:br w:type="page"/>
      </w:r>
    </w:p>
    <w:p w14:paraId="6A0BFE83" w14:textId="77777777" w:rsidR="001270CA" w:rsidRDefault="00000000">
      <w:pPr>
        <w:jc w:val="center"/>
      </w:pPr>
      <w:r>
        <w:rPr>
          <w:b/>
          <w:sz w:val="42"/>
        </w:rPr>
        <w:lastRenderedPageBreak/>
        <w:t>CASE 6</w:t>
      </w:r>
    </w:p>
    <w:p w14:paraId="692FC506" w14:textId="77777777" w:rsidR="001270CA" w:rsidRDefault="00000000">
      <w:pPr>
        <w:jc w:val="center"/>
      </w:pPr>
      <w:r>
        <w:rPr>
          <w:b/>
          <w:sz w:val="34"/>
        </w:rPr>
        <w:t>Londinium was a big Roman city.</w:t>
      </w:r>
    </w:p>
    <w:p w14:paraId="68A6646C" w14:textId="77777777" w:rsidR="001270CA" w:rsidRDefault="00000000">
      <w:pPr>
        <w:jc w:val="center"/>
      </w:pPr>
      <w:r>
        <w:rPr>
          <w:b/>
        </w:rPr>
        <w:t>🖼️ Look at the picture</w:t>
      </w:r>
    </w:p>
    <w:p w14:paraId="52677CFE" w14:textId="77777777" w:rsidR="001270CA" w:rsidRDefault="00000000">
      <w:pPr>
        <w:jc w:val="center"/>
      </w:pPr>
      <w:r>
        <w:rPr>
          <w:noProof/>
        </w:rPr>
        <w:drawing>
          <wp:inline distT="0" distB="0" distL="0" distR="0" wp14:anchorId="60FFCEE7" wp14:editId="50B15C24">
            <wp:extent cx="5303520" cy="27578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1270CA" w14:paraId="2A0CDD37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732FC7B" w14:textId="77777777" w:rsidR="001270CA" w:rsidRDefault="00000000">
            <w:pPr>
              <w:jc w:val="center"/>
            </w:pPr>
            <w:r>
              <w:rPr>
                <w:b/>
              </w:rPr>
              <w:t>🔎 SEARCH THESE WORDS</w:t>
            </w:r>
            <w:r>
              <w:rPr>
                <w:b/>
              </w:rPr>
              <w:br/>
            </w:r>
            <w:r>
              <w:rPr>
                <w:sz w:val="30"/>
              </w:rPr>
              <w:t>Londinium Roman London</w:t>
            </w:r>
          </w:p>
        </w:tc>
      </w:tr>
      <w:tr w:rsidR="001270CA" w14:paraId="78B05366" w14:textId="77777777">
        <w:trPr>
          <w:jc w:val="center"/>
        </w:trPr>
        <w:tc>
          <w:tcPr>
            <w:tcW w:w="10512" w:type="dxa"/>
            <w:shd w:val="clear" w:color="auto" w:fill="FFF2CC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8F5B59" w14:textId="0FC5E08D" w:rsidR="001270CA" w:rsidRDefault="00997253">
            <w:pPr>
              <w:jc w:val="center"/>
            </w:pPr>
            <w:r>
              <w:rPr>
                <w:b/>
              </w:rPr>
              <w:t>✓ MY ANSWER (delete the word you don’t need)</w:t>
            </w:r>
            <w:r w:rsidR="00000000">
              <w:rPr>
                <w:b/>
              </w:rPr>
              <w:br/>
            </w:r>
            <w:r w:rsidR="00000000">
              <w:rPr>
                <w:sz w:val="30"/>
              </w:rPr>
              <w:t>☐ FACT          ☐ FICTION</w:t>
            </w:r>
          </w:p>
        </w:tc>
      </w:tr>
      <w:tr w:rsidR="001270CA" w14:paraId="02F150E7" w14:textId="77777777">
        <w:trPr>
          <w:jc w:val="center"/>
        </w:trPr>
        <w:tc>
          <w:tcPr>
            <w:tcW w:w="10512" w:type="dxa"/>
            <w:shd w:val="clear" w:color="auto" w:fill="EAF2F8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F7C69BE" w14:textId="5A8ED530" w:rsidR="001270CA" w:rsidRDefault="00000000">
            <w:pPr>
              <w:jc w:val="center"/>
            </w:pPr>
            <w:r>
              <w:rPr>
                <w:b/>
              </w:rPr>
              <w:t>✍️ COPY ONE WORD</w:t>
            </w:r>
            <w:r w:rsidR="00997253">
              <w:rPr>
                <w:b/>
              </w:rPr>
              <w:t xml:space="preserve"> OR SENTENCE</w:t>
            </w:r>
            <w:r>
              <w:rPr>
                <w:b/>
              </w:rPr>
              <w:br/>
            </w:r>
            <w:r>
              <w:rPr>
                <w:sz w:val="30"/>
              </w:rPr>
              <w:t xml:space="preserve">I found: </w:t>
            </w:r>
          </w:p>
        </w:tc>
      </w:tr>
    </w:tbl>
    <w:p w14:paraId="7EB96E34" w14:textId="77777777" w:rsidR="001270CA" w:rsidRDefault="00000000">
      <w:pPr>
        <w:jc w:val="center"/>
      </w:pPr>
      <w:r>
        <w:rPr>
          <w:b/>
        </w:rPr>
        <w:t>🌟 Good searching!</w:t>
      </w:r>
    </w:p>
    <w:p w14:paraId="2AC5BB41" w14:textId="77777777" w:rsidR="001270CA" w:rsidRDefault="00000000">
      <w:r>
        <w:br w:type="page"/>
      </w:r>
    </w:p>
    <w:p w14:paraId="7EAD687A" w14:textId="77777777" w:rsidR="001270CA" w:rsidRDefault="00000000">
      <w:pPr>
        <w:jc w:val="center"/>
      </w:pPr>
      <w:r>
        <w:rPr>
          <w:b/>
          <w:sz w:val="44"/>
        </w:rPr>
        <w:lastRenderedPageBreak/>
        <w:t>🌟 I AM A SEARCH DETECTIVE!</w:t>
      </w:r>
    </w:p>
    <w:p w14:paraId="5D8E158B" w14:textId="77777777" w:rsidR="001270CA" w:rsidRDefault="00000000">
      <w:pPr>
        <w:jc w:val="center"/>
      </w:pPr>
      <w:r>
        <w:rPr>
          <w:sz w:val="32"/>
        </w:rPr>
        <w:t>☐ I used the search words.</w:t>
      </w:r>
    </w:p>
    <w:p w14:paraId="2EDD4DD7" w14:textId="77777777" w:rsidR="001270CA" w:rsidRDefault="00000000">
      <w:pPr>
        <w:jc w:val="center"/>
      </w:pPr>
      <w:r>
        <w:rPr>
          <w:sz w:val="32"/>
        </w:rPr>
        <w:t>☐ I looked at a website.</w:t>
      </w:r>
    </w:p>
    <w:p w14:paraId="7AFFEA7F" w14:textId="77777777" w:rsidR="001270CA" w:rsidRDefault="00000000">
      <w:pPr>
        <w:jc w:val="center"/>
      </w:pPr>
      <w:r>
        <w:rPr>
          <w:sz w:val="32"/>
        </w:rPr>
        <w:t>☐ I found an answer.</w:t>
      </w:r>
    </w:p>
    <w:p w14:paraId="46D40F95" w14:textId="77777777" w:rsidR="001270CA" w:rsidRDefault="00000000">
      <w:pPr>
        <w:jc w:val="center"/>
      </w:pPr>
      <w:r>
        <w:rPr>
          <w:sz w:val="32"/>
        </w:rPr>
        <w:t>☐ I ticked FACT or FICTION.</w:t>
      </w:r>
    </w:p>
    <w:p w14:paraId="5066B44C" w14:textId="666E6E9A" w:rsidR="001270CA" w:rsidRDefault="00000000">
      <w:pPr>
        <w:jc w:val="center"/>
      </w:pPr>
      <w:r>
        <w:rPr>
          <w:sz w:val="32"/>
        </w:rPr>
        <w:t>☐ I copied a word</w:t>
      </w:r>
      <w:r w:rsidR="00997253">
        <w:rPr>
          <w:sz w:val="32"/>
        </w:rPr>
        <w:t>/sentence</w:t>
      </w:r>
      <w:r>
        <w:rPr>
          <w:sz w:val="32"/>
        </w:rPr>
        <w:t>.</w:t>
      </w:r>
    </w:p>
    <w:p w14:paraId="0F1FBA67" w14:textId="77777777" w:rsidR="001270CA" w:rsidRDefault="00000000">
      <w:pPr>
        <w:jc w:val="center"/>
      </w:pPr>
      <w:r>
        <w:rPr>
          <w:b/>
          <w:sz w:val="44"/>
        </w:rPr>
        <w:t>I did it! 🎉</w:t>
      </w:r>
    </w:p>
    <w:sectPr w:rsidR="001270CA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9243794">
    <w:abstractNumId w:val="8"/>
  </w:num>
  <w:num w:numId="2" w16cid:durableId="299769918">
    <w:abstractNumId w:val="6"/>
  </w:num>
  <w:num w:numId="3" w16cid:durableId="826554810">
    <w:abstractNumId w:val="5"/>
  </w:num>
  <w:num w:numId="4" w16cid:durableId="715084122">
    <w:abstractNumId w:val="4"/>
  </w:num>
  <w:num w:numId="5" w16cid:durableId="1496143349">
    <w:abstractNumId w:val="7"/>
  </w:num>
  <w:num w:numId="6" w16cid:durableId="1149251906">
    <w:abstractNumId w:val="3"/>
  </w:num>
  <w:num w:numId="7" w16cid:durableId="79258611">
    <w:abstractNumId w:val="2"/>
  </w:num>
  <w:num w:numId="8" w16cid:durableId="1839074235">
    <w:abstractNumId w:val="1"/>
  </w:num>
  <w:num w:numId="9" w16cid:durableId="1011103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0CA"/>
    <w:rsid w:val="0015074B"/>
    <w:rsid w:val="0029639D"/>
    <w:rsid w:val="00326F90"/>
    <w:rsid w:val="00997253"/>
    <w:rsid w:val="00AA1D8D"/>
    <w:rsid w:val="00B47730"/>
    <w:rsid w:val="00CB0664"/>
    <w:rsid w:val="00EB75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AB5DD8"/>
  <w14:defaultImageDpi w14:val="300"/>
  <w15:docId w15:val="{13CD376B-CAAF-4A97-AD48-BD808C83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Hayley Stapleton</cp:lastModifiedBy>
  <cp:revision>2</cp:revision>
  <dcterms:created xsi:type="dcterms:W3CDTF">2026-09-29T19:58:00Z</dcterms:created>
  <dcterms:modified xsi:type="dcterms:W3CDTF">2026-09-29T19:58:00Z</dcterms:modified>
  <cp:category/>
</cp:coreProperties>
</file>